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417" w:rsidRDefault="00965417">
      <w:pPr>
        <w:autoSpaceDE w:val="0"/>
        <w:autoSpaceDN w:val="0"/>
        <w:spacing w:after="78" w:line="220" w:lineRule="exact"/>
      </w:pPr>
    </w:p>
    <w:p w:rsidR="00965417" w:rsidRPr="007F6F5C" w:rsidRDefault="00E81825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965417" w:rsidRPr="007F6F5C" w:rsidRDefault="00E81825">
      <w:pPr>
        <w:autoSpaceDE w:val="0"/>
        <w:autoSpaceDN w:val="0"/>
        <w:spacing w:before="670" w:after="0" w:line="230" w:lineRule="auto"/>
        <w:ind w:left="1422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молодежной политики Свердловской области</w:t>
      </w:r>
    </w:p>
    <w:p w:rsidR="00965417" w:rsidRPr="007F6F5C" w:rsidRDefault="00E81825">
      <w:pPr>
        <w:autoSpaceDE w:val="0"/>
        <w:autoSpaceDN w:val="0"/>
        <w:spacing w:before="670" w:after="0" w:line="230" w:lineRule="auto"/>
        <w:ind w:left="1242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Управление образования администрации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Нижнетуринского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городского округа</w:t>
      </w:r>
    </w:p>
    <w:p w:rsidR="00965417" w:rsidRDefault="00E81825">
      <w:pPr>
        <w:autoSpaceDE w:val="0"/>
        <w:autoSpaceDN w:val="0"/>
        <w:spacing w:before="670" w:after="1376" w:line="230" w:lineRule="auto"/>
        <w:ind w:right="4272"/>
        <w:jc w:val="right"/>
      </w:pPr>
      <w:r>
        <w:rPr>
          <w:rFonts w:ascii="Times New Roman" w:eastAsia="Times New Roman" w:hAnsi="Times New Roman"/>
          <w:color w:val="000000"/>
          <w:sz w:val="24"/>
        </w:rPr>
        <w:t>МАОУ "НТГ"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02"/>
        <w:gridCol w:w="3560"/>
        <w:gridCol w:w="3460"/>
      </w:tblGrid>
      <w:tr w:rsidR="00965417">
        <w:trPr>
          <w:trHeight w:hRule="exact" w:val="274"/>
        </w:trPr>
        <w:tc>
          <w:tcPr>
            <w:tcW w:w="3102" w:type="dxa"/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560" w:type="dxa"/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48" w:after="0" w:line="230" w:lineRule="auto"/>
              <w:ind w:left="4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48" w:after="0" w:line="230" w:lineRule="auto"/>
              <w:ind w:left="3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965417">
        <w:trPr>
          <w:trHeight w:hRule="exact" w:val="200"/>
        </w:trPr>
        <w:tc>
          <w:tcPr>
            <w:tcW w:w="3102" w:type="dxa"/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560" w:type="dxa"/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after="0" w:line="230" w:lineRule="auto"/>
              <w:ind w:left="3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965417">
        <w:trPr>
          <w:trHeight w:hRule="exact" w:val="400"/>
        </w:trPr>
        <w:tc>
          <w:tcPr>
            <w:tcW w:w="3102" w:type="dxa"/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</w:t>
            </w:r>
          </w:p>
        </w:tc>
        <w:tc>
          <w:tcPr>
            <w:tcW w:w="3560" w:type="dxa"/>
            <w:vMerge w:val="restart"/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1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______________Степанова К.П.</w:t>
            </w:r>
          </w:p>
        </w:tc>
        <w:tc>
          <w:tcPr>
            <w:tcW w:w="3460" w:type="dxa"/>
            <w:vMerge w:val="restart"/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198" w:after="0" w:line="230" w:lineRule="auto"/>
              <w:ind w:left="3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______________Каркашевич О.В.</w:t>
            </w:r>
          </w:p>
        </w:tc>
      </w:tr>
      <w:tr w:rsidR="00965417">
        <w:trPr>
          <w:trHeight w:hRule="exact" w:val="116"/>
        </w:trPr>
        <w:tc>
          <w:tcPr>
            <w:tcW w:w="3102" w:type="dxa"/>
            <w:vMerge w:val="restart"/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2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______________Чепикова Л.Н.</w:t>
            </w:r>
          </w:p>
        </w:tc>
        <w:tc>
          <w:tcPr>
            <w:tcW w:w="3430" w:type="dxa"/>
            <w:vMerge/>
          </w:tcPr>
          <w:p w:rsidR="00965417" w:rsidRDefault="00965417"/>
        </w:tc>
        <w:tc>
          <w:tcPr>
            <w:tcW w:w="3430" w:type="dxa"/>
            <w:vMerge/>
          </w:tcPr>
          <w:p w:rsidR="00965417" w:rsidRDefault="00965417"/>
        </w:tc>
      </w:tr>
      <w:tr w:rsidR="00965417">
        <w:trPr>
          <w:trHeight w:hRule="exact" w:val="304"/>
        </w:trPr>
        <w:tc>
          <w:tcPr>
            <w:tcW w:w="3430" w:type="dxa"/>
            <w:vMerge/>
          </w:tcPr>
          <w:p w:rsidR="00965417" w:rsidRDefault="00965417"/>
        </w:tc>
        <w:tc>
          <w:tcPr>
            <w:tcW w:w="3560" w:type="dxa"/>
            <w:tcMar>
              <w:left w:w="0" w:type="dxa"/>
              <w:right w:w="0" w:type="dxa"/>
            </w:tcMar>
          </w:tcPr>
          <w:p w:rsidR="00965417" w:rsidRPr="007F6F5C" w:rsidRDefault="007F6F5C">
            <w:pPr>
              <w:autoSpaceDE w:val="0"/>
              <w:autoSpaceDN w:val="0"/>
              <w:spacing w:before="78" w:after="0" w:line="230" w:lineRule="auto"/>
              <w:ind w:left="416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</w:t>
            </w:r>
            <w:proofErr w:type="spellEnd"/>
            <w:r w:rsidR="00E81825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185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965417" w:rsidRPr="007F6F5C" w:rsidRDefault="007F6F5C">
            <w:pPr>
              <w:autoSpaceDE w:val="0"/>
              <w:autoSpaceDN w:val="0"/>
              <w:spacing w:before="78" w:after="0" w:line="230" w:lineRule="auto"/>
              <w:ind w:left="3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</w:t>
            </w:r>
            <w:proofErr w:type="spellEnd"/>
            <w:r w:rsidR="00E81825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185</w:t>
            </w:r>
          </w:p>
        </w:tc>
      </w:tr>
      <w:tr w:rsidR="00965417">
        <w:trPr>
          <w:trHeight w:hRule="exact" w:val="300"/>
        </w:trPr>
        <w:tc>
          <w:tcPr>
            <w:tcW w:w="3102" w:type="dxa"/>
            <w:tcMar>
              <w:left w:w="0" w:type="dxa"/>
              <w:right w:w="0" w:type="dxa"/>
            </w:tcMar>
          </w:tcPr>
          <w:p w:rsidR="00965417" w:rsidRPr="007F6F5C" w:rsidRDefault="007F6F5C">
            <w:pPr>
              <w:autoSpaceDE w:val="0"/>
              <w:autoSpaceDN w:val="0"/>
              <w:spacing w:after="0" w:line="230" w:lineRule="auto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</w:t>
            </w:r>
            <w:proofErr w:type="spellEnd"/>
            <w:r w:rsidR="00E81825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185</w:t>
            </w:r>
          </w:p>
        </w:tc>
        <w:tc>
          <w:tcPr>
            <w:tcW w:w="3560" w:type="dxa"/>
            <w:vMerge w:val="restart"/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194" w:after="0" w:line="230" w:lineRule="auto"/>
              <w:ind w:left="41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</w:t>
            </w:r>
            <w:r w:rsidR="007F6F5C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" </w:t>
            </w:r>
            <w:r w:rsidR="007F6F5C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 2022 г.</w:t>
            </w:r>
          </w:p>
        </w:tc>
        <w:tc>
          <w:tcPr>
            <w:tcW w:w="3460" w:type="dxa"/>
            <w:vMerge w:val="restart"/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194" w:after="0" w:line="230" w:lineRule="auto"/>
              <w:ind w:left="3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</w:t>
            </w:r>
            <w:r w:rsidR="007F6F5C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</w:t>
            </w:r>
            <w:r w:rsidR="007F6F5C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августа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2022 г.</w:t>
            </w:r>
          </w:p>
        </w:tc>
      </w:tr>
      <w:tr w:rsidR="00965417">
        <w:trPr>
          <w:trHeight w:hRule="exact" w:val="384"/>
        </w:trPr>
        <w:tc>
          <w:tcPr>
            <w:tcW w:w="3102" w:type="dxa"/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8"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</w:t>
            </w:r>
            <w:r w:rsidR="007F6F5C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</w:t>
            </w:r>
            <w:r w:rsidR="007F6F5C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августа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2022 г.</w:t>
            </w:r>
          </w:p>
        </w:tc>
        <w:tc>
          <w:tcPr>
            <w:tcW w:w="3430" w:type="dxa"/>
            <w:vMerge/>
          </w:tcPr>
          <w:p w:rsidR="00965417" w:rsidRDefault="00965417"/>
        </w:tc>
        <w:tc>
          <w:tcPr>
            <w:tcW w:w="3430" w:type="dxa"/>
            <w:vMerge/>
          </w:tcPr>
          <w:p w:rsidR="00965417" w:rsidRDefault="00965417"/>
        </w:tc>
      </w:tr>
    </w:tbl>
    <w:p w:rsidR="00965417" w:rsidRDefault="00E81825">
      <w:pPr>
        <w:autoSpaceDE w:val="0"/>
        <w:autoSpaceDN w:val="0"/>
        <w:spacing w:before="978" w:after="0" w:line="230" w:lineRule="auto"/>
        <w:ind w:right="3648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965417" w:rsidRDefault="00E81825">
      <w:pPr>
        <w:autoSpaceDE w:val="0"/>
        <w:autoSpaceDN w:val="0"/>
        <w:spacing w:before="70" w:after="0" w:line="230" w:lineRule="auto"/>
        <w:ind w:right="442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3562267)</w:t>
      </w:r>
    </w:p>
    <w:p w:rsidR="00965417" w:rsidRDefault="00E81825">
      <w:pPr>
        <w:autoSpaceDE w:val="0"/>
        <w:autoSpaceDN w:val="0"/>
        <w:spacing w:before="166" w:after="0" w:line="230" w:lineRule="auto"/>
        <w:ind w:right="402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965417" w:rsidRDefault="00E81825">
      <w:pPr>
        <w:autoSpaceDE w:val="0"/>
        <w:autoSpaceDN w:val="0"/>
        <w:spacing w:before="70" w:after="0" w:line="230" w:lineRule="auto"/>
        <w:ind w:right="4178"/>
        <w:jc w:val="right"/>
      </w:pPr>
      <w:r>
        <w:rPr>
          <w:rFonts w:ascii="Times New Roman" w:eastAsia="Times New Roman" w:hAnsi="Times New Roman"/>
          <w:color w:val="000000"/>
          <w:sz w:val="24"/>
        </w:rPr>
        <w:t>«Русский язык»</w:t>
      </w:r>
    </w:p>
    <w:p w:rsidR="00965417" w:rsidRDefault="00E81825">
      <w:pPr>
        <w:autoSpaceDE w:val="0"/>
        <w:autoSpaceDN w:val="0"/>
        <w:spacing w:before="670" w:after="0" w:line="230" w:lineRule="auto"/>
        <w:ind w:right="2734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5 класса основного общего образования</w:t>
      </w:r>
    </w:p>
    <w:p w:rsidR="00965417" w:rsidRDefault="00E81825">
      <w:pPr>
        <w:autoSpaceDE w:val="0"/>
        <w:autoSpaceDN w:val="0"/>
        <w:spacing w:before="70" w:after="0" w:line="230" w:lineRule="auto"/>
        <w:ind w:right="3618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965417" w:rsidRDefault="00E81825">
      <w:pPr>
        <w:autoSpaceDE w:val="0"/>
        <w:autoSpaceDN w:val="0"/>
        <w:spacing w:before="2112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Сазанова Наталья Викторовна</w:t>
      </w:r>
    </w:p>
    <w:p w:rsidR="00965417" w:rsidRDefault="00E81825">
      <w:pPr>
        <w:autoSpaceDE w:val="0"/>
        <w:autoSpaceDN w:val="0"/>
        <w:spacing w:before="70" w:after="0" w:line="230" w:lineRule="auto"/>
        <w:ind w:right="24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учитель русского языка и литературы</w:t>
      </w:r>
    </w:p>
    <w:p w:rsidR="00965417" w:rsidRDefault="00965417">
      <w:pPr>
        <w:sectPr w:rsidR="00965417">
          <w:pgSz w:w="11900" w:h="16840"/>
          <w:pgMar w:top="298" w:right="872" w:bottom="1440" w:left="738" w:header="720" w:footer="720" w:gutter="0"/>
          <w:cols w:space="720" w:equalWidth="0">
            <w:col w:w="10290" w:space="0"/>
          </w:cols>
          <w:docGrid w:linePitch="360"/>
        </w:sectPr>
      </w:pPr>
    </w:p>
    <w:p w:rsidR="00965417" w:rsidRDefault="00965417">
      <w:pPr>
        <w:autoSpaceDE w:val="0"/>
        <w:autoSpaceDN w:val="0"/>
        <w:spacing w:after="78" w:line="220" w:lineRule="exact"/>
      </w:pPr>
    </w:p>
    <w:p w:rsidR="00965417" w:rsidRDefault="00E81825">
      <w:pPr>
        <w:autoSpaceDE w:val="0"/>
        <w:autoSpaceDN w:val="0"/>
        <w:spacing w:after="0" w:line="230" w:lineRule="auto"/>
        <w:ind w:right="3498"/>
        <w:jc w:val="right"/>
      </w:pPr>
      <w:r>
        <w:rPr>
          <w:rFonts w:ascii="Times New Roman" w:eastAsia="Times New Roman" w:hAnsi="Times New Roman"/>
          <w:color w:val="000000"/>
          <w:sz w:val="24"/>
        </w:rPr>
        <w:t>Нижняя Тура 2021</w:t>
      </w:r>
    </w:p>
    <w:p w:rsidR="00965417" w:rsidRDefault="00965417">
      <w:pPr>
        <w:sectPr w:rsidR="00965417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965417" w:rsidRDefault="00965417">
      <w:pPr>
        <w:autoSpaceDE w:val="0"/>
        <w:autoSpaceDN w:val="0"/>
        <w:spacing w:after="78" w:line="220" w:lineRule="exact"/>
      </w:pPr>
    </w:p>
    <w:p w:rsidR="00965417" w:rsidRPr="007F6F5C" w:rsidRDefault="00E81825">
      <w:pPr>
        <w:autoSpaceDE w:val="0"/>
        <w:autoSpaceDN w:val="0"/>
        <w:spacing w:after="0" w:line="286" w:lineRule="auto"/>
        <w:ind w:right="288" w:firstLine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Минпросвещения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России от 31 05 2021 г № 287, зарегистрирован Министерством юстиции Российской Федерации 05 07 2021 г ,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рег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номер —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965417" w:rsidRPr="007F6F5C" w:rsidRDefault="00E81825">
      <w:pPr>
        <w:autoSpaceDE w:val="0"/>
        <w:autoSpaceDN w:val="0"/>
        <w:spacing w:before="226" w:after="0" w:line="230" w:lineRule="auto"/>
        <w:rPr>
          <w:lang w:val="ru-RU"/>
        </w:rPr>
      </w:pP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965417" w:rsidRPr="007F6F5C" w:rsidRDefault="00E81825">
      <w:pPr>
        <w:autoSpaceDE w:val="0"/>
        <w:autoSpaceDN w:val="0"/>
        <w:spacing w:before="348" w:after="0"/>
        <w:ind w:firstLine="180"/>
        <w:rPr>
          <w:lang w:val="ru-RU"/>
        </w:rPr>
      </w:pPr>
      <w:proofErr w:type="gram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Личностные  и</w:t>
      </w:r>
      <w:proofErr w:type="gram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 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  результаты  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 курса   русского   языка,   реализованных в большей части входящих в Федеральный перечень УМК по русскому языку. </w:t>
      </w:r>
    </w:p>
    <w:p w:rsidR="00965417" w:rsidRPr="007F6F5C" w:rsidRDefault="00E81825">
      <w:pPr>
        <w:autoSpaceDE w:val="0"/>
        <w:autoSpaceDN w:val="0"/>
        <w:spacing w:before="262" w:after="0" w:line="230" w:lineRule="auto"/>
        <w:rPr>
          <w:lang w:val="ru-RU"/>
        </w:rPr>
      </w:pP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«РУССКИЙ ЯЗЫК»</w:t>
      </w:r>
    </w:p>
    <w:p w:rsidR="00965417" w:rsidRPr="007F6F5C" w:rsidRDefault="00E81825">
      <w:pPr>
        <w:autoSpaceDE w:val="0"/>
        <w:autoSpaceDN w:val="0"/>
        <w:spacing w:before="166" w:after="0"/>
        <w:ind w:firstLine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 —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межнационального общения русский язык является средством коммуникации всех народов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Российской Федерации, основой их социально-экономической, культурной и духовной консолидации.</w:t>
      </w:r>
    </w:p>
    <w:p w:rsidR="00965417" w:rsidRPr="007F6F5C" w:rsidRDefault="00E81825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возможности её самореализации в различных жизненно важных для человека областях.</w:t>
      </w:r>
    </w:p>
    <w:p w:rsidR="00965417" w:rsidRPr="007F6F5C" w:rsidRDefault="00E81825">
      <w:pPr>
        <w:autoSpaceDE w:val="0"/>
        <w:autoSpaceDN w:val="0"/>
        <w:spacing w:before="70" w:after="0"/>
        <w:ind w:right="720" w:firstLine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965417" w:rsidRPr="007F6F5C" w:rsidRDefault="00E81825">
      <w:pPr>
        <w:autoSpaceDE w:val="0"/>
        <w:autoSpaceDN w:val="0"/>
        <w:spacing w:before="72" w:after="0"/>
        <w:ind w:right="432" w:firstLine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Обучение русскому языку в школе направлено на совершенствование нравственной и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самообразования.</w:t>
      </w:r>
    </w:p>
    <w:p w:rsidR="00965417" w:rsidRPr="007F6F5C" w:rsidRDefault="00E81825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Речевая и текстовая деятельность является системообразующей доминантой школьного курса русского языка.</w:t>
      </w:r>
    </w:p>
    <w:p w:rsidR="00965417" w:rsidRPr="007F6F5C" w:rsidRDefault="00E81825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Соответствующие умения и навыки представлены в перечне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обучения, в содержании обучения (разделы «Язык и речь», «Текст», «Функциональные разновидности языка»).</w:t>
      </w:r>
    </w:p>
    <w:p w:rsidR="00965417" w:rsidRPr="007F6F5C" w:rsidRDefault="00E81825">
      <w:pPr>
        <w:autoSpaceDE w:val="0"/>
        <w:autoSpaceDN w:val="0"/>
        <w:spacing w:before="262" w:after="0" w:line="230" w:lineRule="auto"/>
        <w:rPr>
          <w:lang w:val="ru-RU"/>
        </w:rPr>
      </w:pP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«РУССКИЙ ЯЗЫК»</w:t>
      </w:r>
    </w:p>
    <w:p w:rsidR="00965417" w:rsidRPr="007F6F5C" w:rsidRDefault="00E81825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Целями изучения русского языка по программам основного общего образования являются:</w:t>
      </w:r>
    </w:p>
    <w:p w:rsidR="00965417" w:rsidRPr="007F6F5C" w:rsidRDefault="00965417">
      <w:pPr>
        <w:rPr>
          <w:lang w:val="ru-RU"/>
        </w:rPr>
        <w:sectPr w:rsidR="00965417" w:rsidRPr="007F6F5C">
          <w:pgSz w:w="11900" w:h="16840"/>
          <w:pgMar w:top="298" w:right="650" w:bottom="4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65417" w:rsidRPr="007F6F5C" w:rsidRDefault="00965417">
      <w:pPr>
        <w:autoSpaceDE w:val="0"/>
        <w:autoSpaceDN w:val="0"/>
        <w:spacing w:after="78" w:line="220" w:lineRule="exact"/>
        <w:rPr>
          <w:lang w:val="ru-RU"/>
        </w:rPr>
      </w:pPr>
    </w:p>
    <w:p w:rsidR="00965417" w:rsidRPr="007F6F5C" w:rsidRDefault="00E81825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получения знаний в разных сферах ​человеческой деятельности; проявление уважения к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общероссийской и русской культуре, к культуре и языкам всех народов Российской Федерации;</w:t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в собственной речевой практике разнообразных грамматических средств;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орфографической и пунктуационной грамотности; воспитание стремления к речевому самосовершенствованию;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совершенствование речевой деятельности, коммуникативных умений, обеспечивающих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 п. в процессе изучения русского языка;</w:t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несплошной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текст,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инфографика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965417" w:rsidRPr="007F6F5C" w:rsidRDefault="00E81825">
      <w:pPr>
        <w:autoSpaceDE w:val="0"/>
        <w:autoSpaceDN w:val="0"/>
        <w:spacing w:before="262" w:after="0" w:line="230" w:lineRule="auto"/>
        <w:rPr>
          <w:lang w:val="ru-RU"/>
        </w:rPr>
      </w:pP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«РУССКИЙ ЯЗЫК» В УЧЕБНОМ ПЛАНЕ</w:t>
      </w:r>
    </w:p>
    <w:p w:rsidR="00965417" w:rsidRPr="007F6F5C" w:rsidRDefault="00E81825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Федеральным государственным образовательным стандартом основного общего образования учебный предмет «Русский язык» входит </w:t>
      </w:r>
      <w:proofErr w:type="gram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в  предметную</w:t>
      </w:r>
      <w:proofErr w:type="gram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 область  «Русский язык и литература» и является обязательным для  изучения.</w:t>
      </w:r>
    </w:p>
    <w:p w:rsidR="00965417" w:rsidRPr="007F6F5C" w:rsidRDefault="00E81825">
      <w:pPr>
        <w:autoSpaceDE w:val="0"/>
        <w:autoSpaceDN w:val="0"/>
        <w:spacing w:before="72" w:after="0" w:line="271" w:lineRule="auto"/>
        <w:ind w:right="576" w:firstLine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«Русский язык»,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Учебным планом на изучение русского языка в 5 классе </w:t>
      </w:r>
      <w:proofErr w:type="gram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отводится  -</w:t>
      </w:r>
      <w:proofErr w:type="gram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170 ч. (5 часов в неделю).</w:t>
      </w:r>
    </w:p>
    <w:p w:rsidR="00965417" w:rsidRPr="007F6F5C" w:rsidRDefault="00965417">
      <w:pPr>
        <w:rPr>
          <w:lang w:val="ru-RU"/>
        </w:rPr>
        <w:sectPr w:rsidR="00965417" w:rsidRPr="007F6F5C">
          <w:pgSz w:w="11900" w:h="16840"/>
          <w:pgMar w:top="298" w:right="702" w:bottom="1440" w:left="666" w:header="720" w:footer="720" w:gutter="0"/>
          <w:cols w:space="720" w:equalWidth="0">
            <w:col w:w="10532" w:space="0"/>
          </w:cols>
          <w:docGrid w:linePitch="360"/>
        </w:sectPr>
      </w:pPr>
    </w:p>
    <w:p w:rsidR="00965417" w:rsidRPr="007F6F5C" w:rsidRDefault="00965417">
      <w:pPr>
        <w:autoSpaceDE w:val="0"/>
        <w:autoSpaceDN w:val="0"/>
        <w:spacing w:after="78" w:line="220" w:lineRule="exact"/>
        <w:rPr>
          <w:lang w:val="ru-RU"/>
        </w:rPr>
      </w:pPr>
    </w:p>
    <w:p w:rsidR="00965417" w:rsidRPr="007F6F5C" w:rsidRDefault="00E81825">
      <w:pPr>
        <w:autoSpaceDE w:val="0"/>
        <w:autoSpaceDN w:val="0"/>
        <w:spacing w:after="0" w:line="230" w:lineRule="auto"/>
        <w:rPr>
          <w:lang w:val="ru-RU"/>
        </w:rPr>
      </w:pP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965417" w:rsidRPr="007F6F5C" w:rsidRDefault="00E81825">
      <w:pPr>
        <w:autoSpaceDE w:val="0"/>
        <w:autoSpaceDN w:val="0"/>
        <w:spacing w:before="346" w:after="0" w:line="271" w:lineRule="auto"/>
        <w:ind w:left="180" w:right="5616"/>
        <w:rPr>
          <w:lang w:val="ru-RU"/>
        </w:rPr>
      </w:pP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Богатство и выразительность русского языка.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Лингвистика как наука о языке.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Основные разделы лингвистики.</w:t>
      </w:r>
    </w:p>
    <w:p w:rsidR="00965417" w:rsidRPr="007F6F5C" w:rsidRDefault="00E81825">
      <w:pPr>
        <w:autoSpaceDE w:val="0"/>
        <w:autoSpaceDN w:val="0"/>
        <w:spacing w:before="190" w:after="0" w:line="262" w:lineRule="auto"/>
        <w:ind w:left="180" w:right="1872"/>
        <w:rPr>
          <w:lang w:val="ru-RU"/>
        </w:rPr>
      </w:pP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Язык и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речь.Речь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устная и письменная, монологическая и диалогическая,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полилог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Виды речевой деятельности (говорение, слушание, чтение, письмо), их особенности.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Речевые формулы приветствия, прощания, просьбы, благодарности.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Виды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: выборочное, ознакомительное, детальное.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Виды чтения: изучающее, ознакомительное, просмотровое, поисковое.</w:t>
      </w:r>
    </w:p>
    <w:p w:rsidR="00965417" w:rsidRPr="007F6F5C" w:rsidRDefault="00E81825">
      <w:pPr>
        <w:autoSpaceDE w:val="0"/>
        <w:autoSpaceDN w:val="0"/>
        <w:spacing w:before="190" w:after="0" w:line="262" w:lineRule="auto"/>
        <w:ind w:left="180" w:right="144"/>
        <w:rPr>
          <w:lang w:val="ru-RU"/>
        </w:rPr>
      </w:pP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 и его основные признаки. Тема и главная мысль текста.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Микротема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текста. Ключевые слова.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Повествование как тип речи. Рассказ.</w:t>
      </w:r>
    </w:p>
    <w:p w:rsidR="00965417" w:rsidRPr="007F6F5C" w:rsidRDefault="00E81825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микротем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Подробное, выборочное и сжатое изложение </w:t>
      </w:r>
      <w:proofErr w:type="gram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содержания</w:t>
      </w:r>
      <w:proofErr w:type="gram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прочитанного или прослушанного текста. Изложение содержания текста с изменением лица рассказчика.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Информационная переработка текста: простой и сложный план текста.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190" w:after="0" w:line="271" w:lineRule="auto"/>
        <w:ind w:right="1584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Функциональные разновидности языка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965417" w:rsidRPr="007F6F5C" w:rsidRDefault="00E81825">
      <w:pPr>
        <w:autoSpaceDE w:val="0"/>
        <w:autoSpaceDN w:val="0"/>
        <w:spacing w:before="190" w:after="0" w:line="271" w:lineRule="auto"/>
        <w:ind w:left="180" w:right="5472"/>
        <w:rPr>
          <w:lang w:val="ru-RU"/>
        </w:rPr>
      </w:pP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Фонетика. Графика. Орфоэпия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Фонетика и графика как разделы лингвистики.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Звук как единица языка. Смыслоразличительная роль звука.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Система гласных звуков.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Система согласных звуков.</w:t>
      </w:r>
    </w:p>
    <w:p w:rsidR="00965417" w:rsidRPr="007F6F5C" w:rsidRDefault="00E81825">
      <w:pPr>
        <w:autoSpaceDE w:val="0"/>
        <w:autoSpaceDN w:val="0"/>
        <w:spacing w:before="70" w:after="0" w:line="262" w:lineRule="auto"/>
        <w:ind w:left="180" w:right="2448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Изменение звуков в речевом потоке. Элементы фонетической транскрипции. Слог. Ударение. Свойства русского ударения.</w:t>
      </w:r>
    </w:p>
    <w:p w:rsidR="00965417" w:rsidRPr="007F6F5C" w:rsidRDefault="00965417">
      <w:pPr>
        <w:rPr>
          <w:lang w:val="ru-RU"/>
        </w:rPr>
        <w:sectPr w:rsidR="00965417" w:rsidRPr="007F6F5C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65417" w:rsidRPr="007F6F5C" w:rsidRDefault="00965417">
      <w:pPr>
        <w:autoSpaceDE w:val="0"/>
        <w:autoSpaceDN w:val="0"/>
        <w:spacing w:after="78" w:line="220" w:lineRule="exact"/>
        <w:rPr>
          <w:lang w:val="ru-RU"/>
        </w:rPr>
      </w:pPr>
    </w:p>
    <w:p w:rsidR="00965417" w:rsidRPr="007F6F5C" w:rsidRDefault="00E81825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Соотношение звуков и букв.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Фонетический анализ слова.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Способы обозначения [й’], мягкости согласных.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Основные выразительные средства фонетики.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Прописные и строчные буквы.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Интонация, её функции. Основные элементы интонации.</w:t>
      </w:r>
    </w:p>
    <w:p w:rsidR="00965417" w:rsidRPr="007F6F5C" w:rsidRDefault="00E81825">
      <w:pPr>
        <w:autoSpaceDE w:val="0"/>
        <w:autoSpaceDN w:val="0"/>
        <w:spacing w:before="70" w:after="0" w:line="262" w:lineRule="auto"/>
        <w:ind w:left="180" w:right="6336"/>
        <w:rPr>
          <w:lang w:val="ru-RU"/>
        </w:rPr>
      </w:pP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</w:t>
      </w:r>
      <w:r w:rsidRPr="007F6F5C">
        <w:rPr>
          <w:lang w:val="ru-RU"/>
        </w:rPr>
        <w:br/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Орфография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раздел лингвистики.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Понятие «орфограмма». Буквенные и небуквенные орфограммы.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разделительных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ъ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965417" w:rsidRPr="007F6F5C" w:rsidRDefault="00E81825">
      <w:pPr>
        <w:autoSpaceDE w:val="0"/>
        <w:autoSpaceDN w:val="0"/>
        <w:spacing w:before="72" w:after="0" w:line="262" w:lineRule="auto"/>
        <w:ind w:left="180" w:right="6192"/>
        <w:rPr>
          <w:lang w:val="ru-RU"/>
        </w:rPr>
      </w:pP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Лексикология </w:t>
      </w:r>
      <w:r w:rsidRPr="007F6F5C">
        <w:rPr>
          <w:lang w:val="ru-RU"/>
        </w:rPr>
        <w:br/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Лексикология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раздел лингвистики.</w:t>
      </w:r>
    </w:p>
    <w:p w:rsidR="00965417" w:rsidRPr="007F6F5C" w:rsidRDefault="00E8182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Синонимы. Антонимы. Омонимы. Паронимы.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Лексический анализ слов (в рамках изученного).</w:t>
      </w:r>
    </w:p>
    <w:p w:rsidR="00965417" w:rsidRPr="007F6F5C" w:rsidRDefault="00E81825">
      <w:pPr>
        <w:autoSpaceDE w:val="0"/>
        <w:autoSpaceDN w:val="0"/>
        <w:spacing w:before="70" w:after="0" w:line="262" w:lineRule="auto"/>
        <w:ind w:left="180" w:right="6480"/>
        <w:rPr>
          <w:lang w:val="ru-RU"/>
        </w:rPr>
      </w:pPr>
      <w:proofErr w:type="spellStart"/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Морфемика</w:t>
      </w:r>
      <w:proofErr w:type="spellEnd"/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Орфография </w:t>
      </w:r>
      <w:r w:rsidRPr="007F6F5C">
        <w:rPr>
          <w:lang w:val="ru-RU"/>
        </w:rPr>
        <w:br/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Морфемика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раздел лингвистики.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Чередование звуков в морфемах (в том числе чередование гласных с нулём звука).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Морфемный анализ слов.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Уместное использование слов с суффиксами оценки в собственной речи.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Правописание корней с проверяемыми, непроверяемыми, ​непроизносимыми согласными (в рамках изученного).</w:t>
      </w:r>
    </w:p>
    <w:p w:rsidR="00965417" w:rsidRPr="007F6F5C" w:rsidRDefault="00E81825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в корне слова.</w:t>
      </w:r>
    </w:p>
    <w:p w:rsidR="00965417" w:rsidRPr="007F6F5C" w:rsidRDefault="00E81825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неизменяемых на письме приставок и приставок на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-з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(-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приставок.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965417" w:rsidRPr="007F6F5C" w:rsidRDefault="00E81825">
      <w:pPr>
        <w:autoSpaceDE w:val="0"/>
        <w:autoSpaceDN w:val="0"/>
        <w:spacing w:before="70" w:after="0" w:line="262" w:lineRule="auto"/>
        <w:ind w:left="180" w:right="3024"/>
        <w:rPr>
          <w:lang w:val="ru-RU"/>
        </w:rPr>
      </w:pP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Морфология. Культура речи. Орфография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Морфология как раздел грамматики. Грамматическое значение слова.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существительное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 </w:t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Род, число, падеж имени существительного.</w:t>
      </w:r>
    </w:p>
    <w:p w:rsidR="00965417" w:rsidRPr="007F6F5C" w:rsidRDefault="00965417">
      <w:pPr>
        <w:rPr>
          <w:lang w:val="ru-RU"/>
        </w:rPr>
        <w:sectPr w:rsidR="00965417" w:rsidRPr="007F6F5C">
          <w:pgSz w:w="11900" w:h="16840"/>
          <w:pgMar w:top="298" w:right="780" w:bottom="428" w:left="666" w:header="720" w:footer="720" w:gutter="0"/>
          <w:cols w:space="720" w:equalWidth="0">
            <w:col w:w="10454" w:space="0"/>
          </w:cols>
          <w:docGrid w:linePitch="360"/>
        </w:sectPr>
      </w:pPr>
    </w:p>
    <w:p w:rsidR="00965417" w:rsidRPr="007F6F5C" w:rsidRDefault="00965417">
      <w:pPr>
        <w:autoSpaceDE w:val="0"/>
        <w:autoSpaceDN w:val="0"/>
        <w:spacing w:after="78" w:line="220" w:lineRule="exact"/>
        <w:rPr>
          <w:lang w:val="ru-RU"/>
        </w:rPr>
      </w:pPr>
    </w:p>
    <w:p w:rsidR="00965417" w:rsidRPr="007F6F5C" w:rsidRDefault="00E81825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общего рода.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Имена существительные, имеющие форму только единственного или только множественного числа. </w:t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существительных.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ind w:right="1872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Правописание собственных имён существительных.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на конце имён существительных после шипящих.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окончаний имён существительных.</w:t>
      </w:r>
    </w:p>
    <w:p w:rsidR="00965417" w:rsidRPr="007F6F5C" w:rsidRDefault="00E81825">
      <w:pPr>
        <w:autoSpaceDE w:val="0"/>
        <w:autoSpaceDN w:val="0"/>
        <w:spacing w:before="72" w:after="0" w:line="262" w:lineRule="auto"/>
        <w:ind w:left="180" w:right="432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) после шипящих и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 имён существительных. Правописание суффиксов </w:t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 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щик</w:t>
      </w:r>
      <w:proofErr w:type="spellEnd"/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; 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ек</w:t>
      </w:r>
      <w:proofErr w:type="spellEnd"/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proofErr w:type="spellEnd"/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 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(-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) имён существительных.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</w:t>
      </w:r>
      <w:proofErr w:type="gram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чередованием</w:t>
      </w:r>
      <w:proofErr w:type="gram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: -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лаг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лож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-; 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раст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ращ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-; 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гар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-,-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зар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зор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-;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-клан- 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-клон-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-скак- 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скоч</w:t>
      </w:r>
      <w:proofErr w:type="spellEnd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существительными.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прилагательное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Имена прилагательные полные и краткие, их синтаксические функции.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Склонение имён прилагательных. 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прилагательных.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окончаний имён прилагательных.</w:t>
      </w:r>
    </w:p>
    <w:p w:rsidR="00965417" w:rsidRPr="007F6F5C" w:rsidRDefault="00E81825">
      <w:pPr>
        <w:autoSpaceDE w:val="0"/>
        <w:autoSpaceDN w:val="0"/>
        <w:spacing w:before="70" w:after="0" w:line="262" w:lineRule="auto"/>
        <w:ind w:left="180" w:right="1008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и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 имён прилагательных. Правописание кратких форм имён прилагательных с основой на шипящий.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не 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 именами прилагательными.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71" w:lineRule="auto"/>
        <w:ind w:right="1296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Глагол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Глагол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Глаголы совершенного и несовершенного вида, возвратные и невозвратные.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965417" w:rsidRPr="007F6F5C" w:rsidRDefault="00E81825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Спряжение глагола.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чередованием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: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бер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бир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блест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блист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дер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дир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-,-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жег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жиг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мер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мир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пер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пир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стел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стил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тер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тир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тся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ться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в глаголах, суффиксов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ова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 —-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ева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ыва</w:t>
      </w:r>
      <w:proofErr w:type="spellEnd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-ива-</w:t>
      </w:r>
      <w:r w:rsidRPr="007F6F5C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личных окончаний глагола.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гласной перед суффиксом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-л-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в формах прошедшего времени глагола.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с глаголами.</w:t>
      </w:r>
    </w:p>
    <w:p w:rsidR="00965417" w:rsidRPr="007F6F5C" w:rsidRDefault="00E81825">
      <w:pPr>
        <w:autoSpaceDE w:val="0"/>
        <w:autoSpaceDN w:val="0"/>
        <w:spacing w:before="70" w:after="0" w:line="262" w:lineRule="auto"/>
        <w:ind w:left="180" w:right="864"/>
        <w:rPr>
          <w:lang w:val="ru-RU"/>
        </w:rPr>
      </w:pP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Синтаксис. Культура речи. Пунктуация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Словосочетание и его признаки. Основные виды словосочетаний по морфологическим свойствам</w:t>
      </w:r>
    </w:p>
    <w:p w:rsidR="00965417" w:rsidRPr="007F6F5C" w:rsidRDefault="00965417">
      <w:pPr>
        <w:rPr>
          <w:lang w:val="ru-RU"/>
        </w:rPr>
        <w:sectPr w:rsidR="00965417" w:rsidRPr="007F6F5C">
          <w:pgSz w:w="11900" w:h="16840"/>
          <w:pgMar w:top="298" w:right="682" w:bottom="428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965417" w:rsidRPr="007F6F5C" w:rsidRDefault="00965417">
      <w:pPr>
        <w:autoSpaceDE w:val="0"/>
        <w:autoSpaceDN w:val="0"/>
        <w:spacing w:after="66" w:line="220" w:lineRule="exact"/>
        <w:rPr>
          <w:lang w:val="ru-RU"/>
        </w:rPr>
      </w:pPr>
    </w:p>
    <w:p w:rsidR="00965417" w:rsidRPr="007F6F5C" w:rsidRDefault="00E81825">
      <w:pPr>
        <w:autoSpaceDE w:val="0"/>
        <w:autoSpaceDN w:val="0"/>
        <w:spacing w:after="0" w:line="230" w:lineRule="auto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главного слова (именные, глагольные, наречные). Средства связи слов в словосочетании.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Синтаксический анализ словосочетания.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Предложение и его признаки. Виды предложений по цели высказывания и эмоциональной окраске.</w:t>
      </w:r>
    </w:p>
    <w:p w:rsidR="00965417" w:rsidRPr="007F6F5C" w:rsidRDefault="00E81825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965417" w:rsidRPr="007F6F5C" w:rsidRDefault="00E81825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Главные члены предложения (грамматическая основа). 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морфологические средства его выражения: глаголом, именем существительным, именем прилагательным.</w:t>
      </w:r>
    </w:p>
    <w:p w:rsidR="00965417" w:rsidRPr="007F6F5C" w:rsidRDefault="00E81825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Тире между подлежащим и сказуемым.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</w:t>
      </w:r>
    </w:p>
    <w:p w:rsidR="00965417" w:rsidRPr="007F6F5C" w:rsidRDefault="00E81825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965417" w:rsidRPr="007F6F5C" w:rsidRDefault="00E8182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gram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союзами</w:t>
      </w:r>
      <w:proofErr w:type="gram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Предложения с обобщающим словом при однородных членах.</w:t>
      </w:r>
    </w:p>
    <w:p w:rsidR="00965417" w:rsidRPr="007F6F5C" w:rsidRDefault="00E81825">
      <w:pPr>
        <w:autoSpaceDE w:val="0"/>
        <w:autoSpaceDN w:val="0"/>
        <w:spacing w:before="70" w:after="0" w:line="262" w:lineRule="auto"/>
        <w:ind w:left="180" w:right="72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Предложения с обращением, особенности интонации. Обращение и средства его выражения. Синтаксический анализ простого и простого осложнённого предложений.</w:t>
      </w:r>
    </w:p>
    <w:p w:rsidR="00965417" w:rsidRPr="007F6F5C" w:rsidRDefault="00E81825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gram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союзами</w:t>
      </w:r>
      <w:proofErr w:type="gram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Предложения простые и сложные. Сложные предложения с бессоюзной и союзной связью.</w:t>
      </w:r>
    </w:p>
    <w:p w:rsidR="00965417" w:rsidRPr="007F6F5C" w:rsidRDefault="00E81825">
      <w:pPr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Предложения сложносочинённые и сложноподчинённые (общее представление, практическое усвоение).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965417" w:rsidRPr="007F6F5C" w:rsidRDefault="00E81825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Предложения с прямой речью.</w:t>
      </w:r>
    </w:p>
    <w:p w:rsidR="00965417" w:rsidRPr="007F6F5C" w:rsidRDefault="00E81825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Пунктуационное оформление предложений с прямой речью.</w:t>
      </w:r>
    </w:p>
    <w:p w:rsidR="00965417" w:rsidRPr="007F6F5C" w:rsidRDefault="00E81825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Диалог.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Пунктуационное оформление диалога на письме.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Пунктуация как раздел лингвистики.</w:t>
      </w:r>
    </w:p>
    <w:p w:rsidR="00965417" w:rsidRPr="007F6F5C" w:rsidRDefault="00965417">
      <w:pPr>
        <w:rPr>
          <w:lang w:val="ru-RU"/>
        </w:rPr>
        <w:sectPr w:rsidR="00965417" w:rsidRPr="007F6F5C">
          <w:pgSz w:w="11900" w:h="16840"/>
          <w:pgMar w:top="286" w:right="656" w:bottom="1440" w:left="666" w:header="720" w:footer="720" w:gutter="0"/>
          <w:cols w:space="720" w:equalWidth="0">
            <w:col w:w="10578" w:space="0"/>
          </w:cols>
          <w:docGrid w:linePitch="360"/>
        </w:sectPr>
      </w:pPr>
    </w:p>
    <w:p w:rsidR="00965417" w:rsidRPr="007F6F5C" w:rsidRDefault="00965417">
      <w:pPr>
        <w:autoSpaceDE w:val="0"/>
        <w:autoSpaceDN w:val="0"/>
        <w:spacing w:after="78" w:line="220" w:lineRule="exact"/>
        <w:rPr>
          <w:lang w:val="ru-RU"/>
        </w:rPr>
      </w:pPr>
    </w:p>
    <w:p w:rsidR="00965417" w:rsidRPr="007F6F5C" w:rsidRDefault="00E81825">
      <w:pPr>
        <w:autoSpaceDE w:val="0"/>
        <w:autoSpaceDN w:val="0"/>
        <w:spacing w:after="0" w:line="230" w:lineRule="auto"/>
        <w:rPr>
          <w:lang w:val="ru-RU"/>
        </w:rPr>
      </w:pP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965417" w:rsidRPr="007F6F5C" w:rsidRDefault="00E81825">
      <w:pPr>
        <w:autoSpaceDE w:val="0"/>
        <w:autoSpaceDN w:val="0"/>
        <w:spacing w:before="346" w:after="0" w:line="230" w:lineRule="auto"/>
        <w:rPr>
          <w:lang w:val="ru-RU"/>
        </w:rPr>
      </w:pP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965417" w:rsidRPr="007F6F5C" w:rsidRDefault="00E81825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самовоспитания и саморазвития, формирования внутренней позиции личности.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Гражданского воспитания: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жизни человека;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к 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Патриотического воспитания: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«Русский язык»; 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моральные ценности и нормы в ситуациях нравственного выбора; готовность оценивать своё поведение, в том числе речевое, и поступки, а также поведение и поступки других людей с позиции нравственных и правовых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нормс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учётом осознания последствий поступков; активное неприятие асоциальных поступков; свобода и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ответственностьличности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в условиях индивидуального и общественного пространства.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</w:t>
      </w:r>
    </w:p>
    <w:p w:rsidR="00965417" w:rsidRPr="007F6F5C" w:rsidRDefault="00965417">
      <w:pPr>
        <w:rPr>
          <w:lang w:val="ru-RU"/>
        </w:rPr>
        <w:sectPr w:rsidR="00965417" w:rsidRPr="007F6F5C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65417" w:rsidRPr="007F6F5C" w:rsidRDefault="00965417">
      <w:pPr>
        <w:autoSpaceDE w:val="0"/>
        <w:autoSpaceDN w:val="0"/>
        <w:spacing w:after="66" w:line="220" w:lineRule="exact"/>
        <w:rPr>
          <w:lang w:val="ru-RU"/>
        </w:rPr>
      </w:pPr>
    </w:p>
    <w:p w:rsidR="00965417" w:rsidRPr="007F6F5C" w:rsidRDefault="00E81825">
      <w:pPr>
        <w:autoSpaceDE w:val="0"/>
        <w:autoSpaceDN w:val="0"/>
        <w:spacing w:after="0" w:line="230" w:lineRule="auto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видах искусства.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 с опорой на собственный жизненный и читательский опыт;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употреб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ление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 в 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собственный опыт и выстраивая дальнейшие цели;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принимать себя и других, не осуждая;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выполнять такого рода деятельность;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интерес к практическому изучению профессий и труда ​раз​личного рода, в том числе на основе применения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изучае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мого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предметного знания и ознакомления с деятельностью филологов,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 </w:t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технологической и социальной сред; готовность к участию в практической деятельности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экологической направленности.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чело​века,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​чтения как средства познания мира; овладение основными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благо​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получия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965417" w:rsidRPr="007F6F5C" w:rsidRDefault="00E81825">
      <w:pPr>
        <w:autoSpaceDE w:val="0"/>
        <w:autoSpaceDN w:val="0"/>
        <w:spacing w:before="70" w:after="0" w:line="262" w:lineRule="auto"/>
        <w:ind w:left="144" w:right="1008"/>
        <w:jc w:val="center"/>
        <w:rPr>
          <w:lang w:val="ru-RU"/>
        </w:rPr>
      </w:pP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Адаптации обучающегося к изменяющимся условиям социальной и природной среды: 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освоение обучающимися социального опыта, основных социальных ролей, норм и правил</w:t>
      </w:r>
    </w:p>
    <w:p w:rsidR="00965417" w:rsidRPr="007F6F5C" w:rsidRDefault="00965417">
      <w:pPr>
        <w:rPr>
          <w:lang w:val="ru-RU"/>
        </w:rPr>
        <w:sectPr w:rsidR="00965417" w:rsidRPr="007F6F5C">
          <w:pgSz w:w="11900" w:h="16840"/>
          <w:pgMar w:top="286" w:right="680" w:bottom="438" w:left="666" w:header="720" w:footer="720" w:gutter="0"/>
          <w:cols w:space="720" w:equalWidth="0">
            <w:col w:w="10554" w:space="0"/>
          </w:cols>
          <w:docGrid w:linePitch="360"/>
        </w:sectPr>
      </w:pPr>
    </w:p>
    <w:p w:rsidR="00965417" w:rsidRPr="007F6F5C" w:rsidRDefault="00965417">
      <w:pPr>
        <w:autoSpaceDE w:val="0"/>
        <w:autoSpaceDN w:val="0"/>
        <w:spacing w:after="66" w:line="220" w:lineRule="exact"/>
        <w:rPr>
          <w:lang w:val="ru-RU"/>
        </w:rPr>
      </w:pPr>
    </w:p>
    <w:p w:rsidR="00965417" w:rsidRPr="007F6F5C" w:rsidRDefault="00E81825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потребность во взаимодействии в условиях неопределённости, открытость опыту и знаниям других;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умение оперировать основными понятиями, терминами и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осознавать стрессовую ситуацию, оценивать происходящие изменения и их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:rsidR="00965417" w:rsidRPr="007F6F5C" w:rsidRDefault="00E81825">
      <w:pPr>
        <w:autoSpaceDE w:val="0"/>
        <w:autoSpaceDN w:val="0"/>
        <w:spacing w:before="262" w:after="0" w:line="230" w:lineRule="auto"/>
        <w:rPr>
          <w:lang w:val="ru-RU"/>
        </w:rPr>
      </w:pP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166" w:after="0" w:line="288" w:lineRule="auto"/>
        <w:ind w:right="288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Овладение универсальными учебными познавательными действиями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логические действия: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языковых единиц, языковых явлений и процессов;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дефицит информации текста, необходимой для решения поставленной учебной задачи; </w:t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оптималь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ный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вариант с учётом самостоятельно выделенных критериев.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 в языковом образовании; </w:t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вопросы, фиксирующие несоответствие между реальным и желательным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состоянием ситуации, и самостоятельно устанавливать искомое и данное;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формировать гипотезу об истинности собственных суждений и суждений других, аргументировать свою позицию, мнение;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алгоритм действий и использовать его для решения учебных задач;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965417" w:rsidRPr="007F6F5C" w:rsidRDefault="00965417">
      <w:pPr>
        <w:rPr>
          <w:lang w:val="ru-RU"/>
        </w:rPr>
        <w:sectPr w:rsidR="00965417" w:rsidRPr="007F6F5C">
          <w:pgSz w:w="11900" w:h="16840"/>
          <w:pgMar w:top="286" w:right="634" w:bottom="296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965417" w:rsidRPr="007F6F5C" w:rsidRDefault="00965417">
      <w:pPr>
        <w:autoSpaceDE w:val="0"/>
        <w:autoSpaceDN w:val="0"/>
        <w:spacing w:after="90" w:line="220" w:lineRule="exact"/>
        <w:rPr>
          <w:lang w:val="ru-RU"/>
        </w:rPr>
      </w:pPr>
    </w:p>
    <w:p w:rsidR="00965417" w:rsidRPr="007F6F5C" w:rsidRDefault="00E81825">
      <w:pPr>
        <w:tabs>
          <w:tab w:val="left" w:pos="180"/>
        </w:tabs>
        <w:autoSpaceDE w:val="0"/>
        <w:autoSpaceDN w:val="0"/>
        <w:spacing w:after="0" w:line="283" w:lineRule="auto"/>
        <w:ind w:right="288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 применимость и достоверность информацию, полученную в ходе лингвистического исследования (эксперимента);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 </w:t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интерпретировать, обобщать и систематизировать информацию, представленную в текстах,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таб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​лицах, схемах;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различные виды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и чтения для оценки текста с точки зрения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достоверности и применимости содержащейся в нём информации и усвоения необходимой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информации с целью решения учебных задач;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смысловое чтение для извлечения, обобщения и систематизации информации из одного или нескольких источников с учётом поставленных целей;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оценивать надёжность информации по критериям, пред​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ложенным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учителем или сформулированным самостоятельно;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эффективно запоминать и систематизировать информацию.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учебными коммуникативными действиями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Общение: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невербальные средства общения, понимать значение социальных знаков;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распознавать предпосылки конфликтных ситуаций и смягчать конфликты, вести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переговоры;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результаты проведённого языкового анализа, выполненного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лингвистического эксперимента, исследования, проекта;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965417" w:rsidRPr="007F6F5C" w:rsidRDefault="00E81825">
      <w:pPr>
        <w:autoSpaceDE w:val="0"/>
        <w:autoSpaceDN w:val="0"/>
        <w:spacing w:before="70" w:after="0" w:line="262" w:lineRule="auto"/>
        <w:ind w:left="180" w:right="864"/>
        <w:rPr>
          <w:lang w:val="ru-RU"/>
        </w:rPr>
      </w:pP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понимать и использовать преимущества командной и ин​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дивидуальной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работы при решении</w:t>
      </w:r>
    </w:p>
    <w:p w:rsidR="00965417" w:rsidRPr="007F6F5C" w:rsidRDefault="00965417">
      <w:pPr>
        <w:rPr>
          <w:lang w:val="ru-RU"/>
        </w:rPr>
        <w:sectPr w:rsidR="00965417" w:rsidRPr="007F6F5C">
          <w:pgSz w:w="11900" w:h="16840"/>
          <w:pgMar w:top="310" w:right="670" w:bottom="356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965417" w:rsidRPr="007F6F5C" w:rsidRDefault="00965417">
      <w:pPr>
        <w:autoSpaceDE w:val="0"/>
        <w:autoSpaceDN w:val="0"/>
        <w:spacing w:after="66" w:line="220" w:lineRule="exact"/>
        <w:rPr>
          <w:lang w:val="ru-RU"/>
        </w:rPr>
      </w:pPr>
    </w:p>
    <w:p w:rsidR="00965417" w:rsidRPr="007F6F5C" w:rsidRDefault="00E81825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конкретной проблемы, ​обосновывать необходимость применения групповых форм ​взаимодействия при решении поставленной задачи;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совмест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​ной работы; уметь обобщать мнения нескольких людей, проявлять готовность руководить, выполнять поручения, подчиняться;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 </w:t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учебными регулятивными действиями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Самоорганизация: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проблемы для решения в учебных и жизненных ситуациях;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различных подходах к принятию решений (индивидуальное, принятие решения в группе, принятие решения группой);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план действий, вносить необходимые коррективы в ходе его реализации; </w:t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Самоконтроль: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 </w:t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учебной ситуации и предлагать план её изменения;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предвидеть трудности, которые могут возникнуть при решении учебной задачи, и адаптировать решение к меняющимся обстоятельствам;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результата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дея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тельности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/>
        <w:ind w:right="720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Эмоциональный интеллект: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способность управлять собственными эмоциями и эмоциями других;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965417" w:rsidRPr="007F6F5C" w:rsidRDefault="00E81825">
      <w:pPr>
        <w:autoSpaceDE w:val="0"/>
        <w:autoSpaceDN w:val="0"/>
        <w:spacing w:before="70" w:after="0" w:line="281" w:lineRule="auto"/>
        <w:ind w:left="180" w:right="4464"/>
        <w:rPr>
          <w:lang w:val="ru-RU"/>
        </w:rPr>
      </w:pP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Принятие себя и других: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 относиться к другому человеку и его мнению; признавать своё и чужое право на ошибку;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себя и других, не осуждая;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открытость;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</w:p>
    <w:p w:rsidR="00965417" w:rsidRPr="007F6F5C" w:rsidRDefault="00E81825">
      <w:pPr>
        <w:autoSpaceDE w:val="0"/>
        <w:autoSpaceDN w:val="0"/>
        <w:spacing w:before="262" w:after="0" w:line="230" w:lineRule="auto"/>
        <w:rPr>
          <w:lang w:val="ru-RU"/>
        </w:rPr>
      </w:pP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965417" w:rsidRPr="007F6F5C" w:rsidRDefault="00965417">
      <w:pPr>
        <w:rPr>
          <w:lang w:val="ru-RU"/>
        </w:rPr>
        <w:sectPr w:rsidR="00965417" w:rsidRPr="007F6F5C">
          <w:pgSz w:w="11900" w:h="16840"/>
          <w:pgMar w:top="286" w:right="686" w:bottom="452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965417" w:rsidRPr="007F6F5C" w:rsidRDefault="00965417">
      <w:pPr>
        <w:autoSpaceDE w:val="0"/>
        <w:autoSpaceDN w:val="0"/>
        <w:spacing w:after="78" w:line="220" w:lineRule="exact"/>
        <w:rPr>
          <w:lang w:val="ru-RU"/>
        </w:rPr>
      </w:pPr>
    </w:p>
    <w:p w:rsidR="00965417" w:rsidRPr="007F6F5C" w:rsidRDefault="00E81825">
      <w:pPr>
        <w:tabs>
          <w:tab w:val="left" w:pos="180"/>
        </w:tabs>
        <w:autoSpaceDE w:val="0"/>
        <w:autoSpaceDN w:val="0"/>
        <w:spacing w:after="0" w:line="271" w:lineRule="auto"/>
        <w:ind w:right="144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Участвовать в диалоге на лингвистические темы (в рамках изученного) и в диалоге/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полилоге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на основе жизненных наблюдений объёмом не менее 3 реплик.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различными видами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: выборочным, ​ознакомительным, детальным — научно-учебных и художественных текстов различных функционально-смысловых типов речи.</w:t>
      </w:r>
    </w:p>
    <w:p w:rsidR="00965417" w:rsidRPr="007F6F5C" w:rsidRDefault="00E81825">
      <w:pPr>
        <w:autoSpaceDE w:val="0"/>
        <w:autoSpaceDN w:val="0"/>
        <w:spacing w:before="70" w:after="0" w:line="262" w:lineRule="auto"/>
        <w:ind w:left="180" w:right="288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чтения: просмотровым, ознакомительным, изучающим, поисковым. Устно пересказывать прочитанный или прослушанный текст объёмом не менее 100 слов.</w:t>
      </w:r>
    </w:p>
    <w:p w:rsidR="00965417" w:rsidRPr="007F6F5C" w:rsidRDefault="00E81825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— не менее 110 слов).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65417" w:rsidRPr="007F6F5C" w:rsidRDefault="00E81825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90—100 слов; словарного диктанта объёмом 15—20 слов; диктанта на основе связного текста объёмом 90—100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пунктограммы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192" w:after="0" w:line="281" w:lineRule="auto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микротем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и абзацев.</w:t>
      </w:r>
    </w:p>
    <w:p w:rsidR="00965417" w:rsidRPr="007F6F5C" w:rsidRDefault="00E81825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функ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ционально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-смысловому типу речи.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 </w:t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</w:t>
      </w:r>
    </w:p>
    <w:p w:rsidR="00965417" w:rsidRPr="007F6F5C" w:rsidRDefault="00965417">
      <w:pPr>
        <w:rPr>
          <w:lang w:val="ru-RU"/>
        </w:rPr>
        <w:sectPr w:rsidR="00965417" w:rsidRPr="007F6F5C">
          <w:pgSz w:w="11900" w:h="16840"/>
          <w:pgMar w:top="298" w:right="674" w:bottom="308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965417" w:rsidRPr="007F6F5C" w:rsidRDefault="00965417">
      <w:pPr>
        <w:autoSpaceDE w:val="0"/>
        <w:autoSpaceDN w:val="0"/>
        <w:spacing w:after="78" w:line="220" w:lineRule="exact"/>
        <w:rPr>
          <w:lang w:val="ru-RU"/>
        </w:rPr>
      </w:pPr>
    </w:p>
    <w:p w:rsidR="00965417" w:rsidRPr="007F6F5C" w:rsidRDefault="00E81825">
      <w:pPr>
        <w:autoSpaceDE w:val="0"/>
        <w:autoSpaceDN w:val="0"/>
        <w:spacing w:after="0" w:line="230" w:lineRule="auto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сочинения объёмом не менее 70 слов).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Восстанавливать деформированный текст; осуществлять корректировку восстановленного текста с опорой на образец. </w:t>
      </w:r>
    </w:p>
    <w:p w:rsidR="00965417" w:rsidRPr="007F6F5C" w:rsidRDefault="00E81825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Представлять сообщение на заданную тему в виде презентации.</w:t>
      </w:r>
    </w:p>
    <w:p w:rsidR="00965417" w:rsidRPr="007F6F5C" w:rsidRDefault="00E81825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целостность, связность, информативность).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Функциональные разновидности языка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Фонетика. Графика. Орфоэпия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Проводить фонетический анализ слов.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Распознавать изученные орфограммы.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ъ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78" w:lineRule="auto"/>
        <w:ind w:right="144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Лексикология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 </w:t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тематические группы слов, родовые и видовые понятия.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Проводить лексический анализ слов (в рамках изученного).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пользоваться лексическими словарями (толковым словарём, словарями синонимов, антонимов, омонимов,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паро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нимов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965417" w:rsidRPr="007F6F5C" w:rsidRDefault="00E81825">
      <w:pPr>
        <w:autoSpaceDE w:val="0"/>
        <w:autoSpaceDN w:val="0"/>
        <w:spacing w:before="70" w:after="0" w:line="262" w:lineRule="auto"/>
        <w:ind w:left="180" w:right="2880"/>
        <w:rPr>
          <w:lang w:val="ru-RU"/>
        </w:rPr>
      </w:pPr>
      <w:proofErr w:type="spellStart"/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Морфемика</w:t>
      </w:r>
      <w:proofErr w:type="spellEnd"/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Орфография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морфему как минимальную значимую единицу языка.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965417" w:rsidRPr="007F6F5C" w:rsidRDefault="00E81825">
      <w:pPr>
        <w:autoSpaceDE w:val="0"/>
        <w:autoSpaceDN w:val="0"/>
        <w:spacing w:before="70" w:after="0" w:line="262" w:lineRule="auto"/>
        <w:ind w:left="180" w:right="72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Находить чередование звуков в морфемах (в том числе чередование гласных с нулём звука). Проводить морфемный анализ слов.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по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морфемике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— и после приставок; корней с</w:t>
      </w:r>
    </w:p>
    <w:p w:rsidR="00965417" w:rsidRPr="007F6F5C" w:rsidRDefault="00965417">
      <w:pPr>
        <w:rPr>
          <w:lang w:val="ru-RU"/>
        </w:rPr>
        <w:sectPr w:rsidR="00965417" w:rsidRPr="007F6F5C">
          <w:pgSz w:w="11900" w:h="16840"/>
          <w:pgMar w:top="298" w:right="718" w:bottom="368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965417" w:rsidRPr="007F6F5C" w:rsidRDefault="00965417">
      <w:pPr>
        <w:autoSpaceDE w:val="0"/>
        <w:autoSpaceDN w:val="0"/>
        <w:spacing w:after="66" w:line="220" w:lineRule="exact"/>
        <w:rPr>
          <w:lang w:val="ru-RU"/>
        </w:rPr>
      </w:pPr>
    </w:p>
    <w:p w:rsidR="00965417" w:rsidRPr="007F6F5C" w:rsidRDefault="00E81825">
      <w:pPr>
        <w:autoSpaceDE w:val="0"/>
        <w:autoSpaceDN w:val="0"/>
        <w:spacing w:after="0" w:line="271" w:lineRule="auto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—о после шипящих в корне слова;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Уместно использовать слова с суффиксами оценки в собственной речи.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Морфология. Культура речи. Орфография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о частях речи как лексико-грамматических разрядах слов, о грамматическом значении слова, о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сис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​теме частей речи в русском языке для решения практико-ориентированных учебных задач.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Распознавать имена существительные, имена прилагательные, глаголы.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существительное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Определять лексико-грамматические разряды имён существительных.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имён существительных.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965417" w:rsidRPr="007F6F5C" w:rsidRDefault="00E81825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имён существительных: безударных окончаний;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) после шипящих и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окончаниях; суффиксов </w:t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щик</w:t>
      </w:r>
      <w:proofErr w:type="spellEnd"/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ек</w:t>
      </w:r>
      <w:proofErr w:type="spellEnd"/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proofErr w:type="spellEnd"/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 (-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-);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корней с </w:t>
      </w:r>
      <w:proofErr w:type="gram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чередованием</w:t>
      </w:r>
      <w:proofErr w:type="gram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//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лаг</w:t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лож</w:t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раст</w:t>
      </w:r>
      <w:proofErr w:type="spellEnd"/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ращ</w:t>
      </w:r>
      <w:proofErr w:type="spellEnd"/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</w:t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гар</w:t>
      </w:r>
      <w:proofErr w:type="spellEnd"/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</w:t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зар</w:t>
      </w:r>
      <w:proofErr w:type="spellEnd"/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зор</w:t>
      </w:r>
      <w:proofErr w:type="spellEnd"/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-клан-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-клон-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-скак-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скоч</w:t>
      </w:r>
      <w:proofErr w:type="spellEnd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; употребления/неупотребления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прилагательное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965417" w:rsidRPr="007F6F5C" w:rsidRDefault="00E81825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словоизменения, произношения имён прилагательных, постановки в них ударения (в рамках изучен​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ного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965417" w:rsidRPr="007F6F5C" w:rsidRDefault="00E8182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имён прилагательных: безударных окончаний;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и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окончаниях; кратких форм имён прилагательных с основой на шипящие; нормы слитного и раздельного написания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прилагательными.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Глагол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Различать глаголы совершенного и несовершенного вида, возвратные и невозвратные.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Определять спряжение глагола, уметь спрягать глаголы.</w:t>
      </w:r>
    </w:p>
    <w:p w:rsidR="00965417" w:rsidRPr="007F6F5C" w:rsidRDefault="00E8182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Проводить частичный морфологический анализ глаголов (в рамках изученного).</w:t>
      </w:r>
    </w:p>
    <w:p w:rsidR="00965417" w:rsidRPr="007F6F5C" w:rsidRDefault="00965417">
      <w:pPr>
        <w:rPr>
          <w:lang w:val="ru-RU"/>
        </w:rPr>
        <w:sectPr w:rsidR="00965417" w:rsidRPr="007F6F5C">
          <w:pgSz w:w="11900" w:h="16840"/>
          <w:pgMar w:top="286" w:right="670" w:bottom="438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965417" w:rsidRPr="007F6F5C" w:rsidRDefault="00965417">
      <w:pPr>
        <w:autoSpaceDE w:val="0"/>
        <w:autoSpaceDN w:val="0"/>
        <w:spacing w:after="78" w:line="220" w:lineRule="exact"/>
        <w:rPr>
          <w:lang w:val="ru-RU"/>
        </w:rPr>
      </w:pPr>
    </w:p>
    <w:p w:rsidR="00965417" w:rsidRPr="007F6F5C" w:rsidRDefault="00E81825">
      <w:pPr>
        <w:tabs>
          <w:tab w:val="left" w:pos="180"/>
        </w:tabs>
        <w:autoSpaceDE w:val="0"/>
        <w:autoSpaceDN w:val="0"/>
        <w:spacing w:after="0" w:line="262" w:lineRule="auto"/>
        <w:ind w:right="144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965417" w:rsidRPr="007F6F5C" w:rsidRDefault="00E81825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глаголов: корней с чередованием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//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; использования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тся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ться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в глаголах; суффиксов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ова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-— 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ева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ыва</w:t>
      </w:r>
      <w:proofErr w:type="spellEnd"/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-ива-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; личных окончаний глагола, гласной перед суффиксом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-л-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в формах прошедшего времени глагола; слитного и раздельного написания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с глаголами.</w:t>
      </w:r>
    </w:p>
    <w:p w:rsidR="00965417" w:rsidRPr="007F6F5C" w:rsidRDefault="00E81825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Синтаксис. Культура речи. Пунктуация </w:t>
      </w:r>
      <w:r w:rsidRPr="007F6F5C">
        <w:rPr>
          <w:lang w:val="ru-RU"/>
        </w:rPr>
        <w:br/>
      </w:r>
      <w:r w:rsidRPr="007F6F5C">
        <w:rPr>
          <w:lang w:val="ru-RU"/>
        </w:rPr>
        <w:tab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965417" w:rsidRPr="007F6F5C" w:rsidRDefault="00E81825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нео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сложнённые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морфологические средства выражения второстепенных членов предложения (в рамках изученного).</w:t>
      </w:r>
    </w:p>
    <w:p w:rsidR="00965417" w:rsidRPr="007F6F5C" w:rsidRDefault="00E81825">
      <w:pPr>
        <w:autoSpaceDE w:val="0"/>
        <w:autoSpaceDN w:val="0"/>
        <w:spacing w:before="70" w:after="0" w:line="281" w:lineRule="auto"/>
        <w:ind w:right="576" w:firstLine="18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на письме пунктуационные нормы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gram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союзами</w:t>
      </w:r>
      <w:proofErr w:type="gram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6F5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; оформлять на письме диалог.</w:t>
      </w:r>
    </w:p>
    <w:p w:rsidR="00965417" w:rsidRPr="007F6F5C" w:rsidRDefault="00965417">
      <w:pPr>
        <w:rPr>
          <w:lang w:val="ru-RU"/>
        </w:rPr>
        <w:sectPr w:rsidR="00965417" w:rsidRPr="007F6F5C">
          <w:pgSz w:w="11900" w:h="16840"/>
          <w:pgMar w:top="298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965417" w:rsidRPr="007F6F5C" w:rsidRDefault="00965417">
      <w:pPr>
        <w:autoSpaceDE w:val="0"/>
        <w:autoSpaceDN w:val="0"/>
        <w:spacing w:after="64" w:line="220" w:lineRule="exact"/>
        <w:rPr>
          <w:lang w:val="ru-RU"/>
        </w:rPr>
      </w:pPr>
    </w:p>
    <w:p w:rsidR="00965417" w:rsidRDefault="00E81825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788"/>
        <w:gridCol w:w="1164"/>
        <w:gridCol w:w="1562"/>
      </w:tblGrid>
      <w:tr w:rsidR="00965417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5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965417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417" w:rsidRDefault="0096541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417" w:rsidRDefault="00965417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417" w:rsidRDefault="0096541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417" w:rsidRDefault="0096541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417" w:rsidRDefault="0096541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417" w:rsidRDefault="00965417"/>
        </w:tc>
      </w:tr>
      <w:tr w:rsidR="0096541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1. ПОВТОРЕНИЕ </w:t>
            </w:r>
          </w:p>
        </w:tc>
      </w:tr>
      <w:tr w:rsidR="00965417">
        <w:trPr>
          <w:trHeight w:hRule="exact" w:val="54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 пройденного материала.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05.09.2022 10.09.2022</w:t>
            </w:r>
          </w:p>
        </w:tc>
        <w:tc>
          <w:tcPr>
            <w:tcW w:w="57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Чтение текста, лекция, конспектирование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5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 bject/lesson/7621/</w:t>
            </w:r>
          </w:p>
        </w:tc>
      </w:tr>
      <w:tr w:rsidR="0096541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</w:tr>
      <w:tr w:rsidR="00965417" w:rsidRPr="00413AB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2. </w:t>
            </w:r>
            <w:proofErr w:type="gramStart"/>
            <w:r w:rsidRPr="007F6F5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ОБЩИЕ  СВЕДЕНИЯ</w:t>
            </w:r>
            <w:proofErr w:type="gramEnd"/>
            <w:r w:rsidRPr="007F6F5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 О  ЯЗЫКЕ </w:t>
            </w:r>
          </w:p>
        </w:tc>
      </w:tr>
      <w:tr w:rsidR="00965417">
        <w:trPr>
          <w:trHeight w:hRule="exact" w:val="26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Богатство и выразительность русского языка.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12.09.2022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лексические значения многозначных слов;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прямое и переносное значения слова;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значения слов в синонимическом ряду и антонимической паре;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значения слова и фразеологизма;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 за образованием новых слов от иноязычных;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 «старых» слов в новом значении.;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формулировать суждения о красоте и богатстве русского языка на основе проведённого анализа.;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прозаические и поэтические тексты с точки зрения использования в них изобразительно-выразительных языковых средств.;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формулировать обобщения и выводы о словарном богатстве русского языка.;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https://pandia.ru/text/ 79/147/83189.php</w:t>
            </w:r>
          </w:p>
        </w:tc>
      </w:tr>
      <w:tr w:rsidR="00965417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Лингвистика как наука о языке.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14.09.2022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основные разделы </w:t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лингвистики.;</w:t>
            </w:r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основания для сравнения слова и социальных знаков (дорожные знаки; знаки сервисов;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предупредительные знаки;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математические символы и проч.).;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Характеризовать язык как систему знаков и как средство человеческого общения. Выявлять и сравнивать основные единицы языка и речи (в пределах изученного в начальной школе)</w:t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https://pandia.ru/text/ 79/147/83189.php</w:t>
            </w:r>
          </w:p>
        </w:tc>
      </w:tr>
      <w:tr w:rsidR="0096541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</w:tr>
      <w:tr w:rsidR="0096541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3. ЯЗЫК И  РЕЧЬ </w:t>
            </w:r>
          </w:p>
        </w:tc>
      </w:tr>
      <w:tr w:rsidR="00965417">
        <w:trPr>
          <w:trHeight w:hRule="exact" w:val="9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Язык и речь. Монолог. Диалог.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Полилог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15.09.2022 20.09.2022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8" w:after="0" w:line="250" w:lineRule="auto"/>
              <w:ind w:left="72" w:right="86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устные монологические высказывания на основе жизненных наблюдений;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чтения научно-учебной;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художественной и научно-популярной </w:t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литературы.;</w:t>
            </w:r>
            <w:proofErr w:type="gramEnd"/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 ject/lesson/7653/cons pect/312212/</w:t>
            </w:r>
          </w:p>
        </w:tc>
      </w:tr>
    </w:tbl>
    <w:p w:rsidR="00965417" w:rsidRDefault="00965417">
      <w:pPr>
        <w:autoSpaceDE w:val="0"/>
        <w:autoSpaceDN w:val="0"/>
        <w:spacing w:after="0" w:line="14" w:lineRule="exact"/>
      </w:pPr>
    </w:p>
    <w:p w:rsidR="00965417" w:rsidRDefault="00965417">
      <w:pPr>
        <w:sectPr w:rsidR="00965417">
          <w:pgSz w:w="16840" w:h="11900"/>
          <w:pgMar w:top="282" w:right="640" w:bottom="109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65417" w:rsidRDefault="0096541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788"/>
        <w:gridCol w:w="1164"/>
        <w:gridCol w:w="1562"/>
      </w:tblGrid>
      <w:tr w:rsidR="00965417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Речь как деятельность.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22.09.2022 27.09.2022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8" w:after="0" w:line="254" w:lineRule="auto"/>
              <w:ind w:left="72" w:right="576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Устно пересказывать прочитанный или прослушанный текст;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том числе с изменением лица рассказчика.;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Участвовать в диалоге на лингвистические темы (в рамках изученного) и диалоге/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полилоге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 основе жизненных наблюдений.;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приёмы различных видов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аудирования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чтения.;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Устно и письменно формулировать тему и главную мысль прослушанного и прочитанного текста;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вопросы по содержанию текста и отвечать на них.;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содержание исходного текста;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подробно и сжато передавать его в письменной форме.;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 ject/lesson/7621/cons pect/306307/</w:t>
            </w:r>
          </w:p>
        </w:tc>
      </w:tr>
      <w:tr w:rsidR="0096541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</w:tr>
      <w:tr w:rsidR="0096541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ТЕКСТ</w:t>
            </w:r>
          </w:p>
        </w:tc>
      </w:tr>
      <w:tr w:rsidR="0096541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 и его основные признаки.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28.09.2022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6" w:after="0" w:line="250" w:lineRule="auto"/>
              <w:ind w:left="72" w:right="158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основные признаки </w:t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текста.;</w:t>
            </w:r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Членить текст на композиционно-смысловые части (абзацы); ;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 ject/lesson/7624/</w:t>
            </w:r>
          </w:p>
        </w:tc>
      </w:tr>
      <w:tr w:rsidR="0096541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Композиционная структура текста.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30.09.2022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8" w:after="0" w:line="247" w:lineRule="auto"/>
              <w:ind w:left="72" w:right="158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основные признаки </w:t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текста.;</w:t>
            </w:r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Членить текст на композиционно-смысловые части (абзацы); ;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 ject/lesson/7624/</w:t>
            </w:r>
          </w:p>
        </w:tc>
      </w:tr>
      <w:tr w:rsidR="00965417">
        <w:trPr>
          <w:trHeight w:hRule="exact" w:val="26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Функциональносмысловые типы речи.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02.10.2022 04.10.2022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средства связи предложений и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частейтекста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(формы слова;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однокоренные слова;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синонимы;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антонимы;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личные местоимения;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повтор слова); применять эти знания при создании собственного текста (устного и письменного). Анализировать и характеризовать текст с точки зрения его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соответствия основным признакам (наличие темы;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главной мысли;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грамматической связи предложений;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цельности и относительной законченности); с точки зрения его принадлежности к функционально-смысловому типу речи</w:t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 ;</w:t>
            </w:r>
            <w:proofErr w:type="gramEnd"/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 ject/lesson/7660/</w:t>
            </w:r>
          </w:p>
        </w:tc>
      </w:tr>
      <w:tr w:rsidR="00965417">
        <w:trPr>
          <w:trHeight w:hRule="exact" w:val="2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Повествование как тип речи. Рассказ.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05.10.2022 06.10.2022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Устанавливать взаимосвязь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описанныхв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тексте событий;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явлений; </w:t>
            </w:r>
            <w:r w:rsidRPr="007F6F5C">
              <w:rPr>
                <w:lang w:val="ru-RU"/>
              </w:rPr>
              <w:br/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процессов.;</w:t>
            </w:r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тексты;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опираясь на знание основных признаков текста;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особенностей функционально-смысловых типов речи;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функциональных разновидностей языка (в рамках изученного). Создавать тексты функционально-смыслового типа речи (повествование) с опорой на жизненный и читательский опыт; тексты с опорой на сюжетную </w:t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картину.;</w:t>
            </w:r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 ject/lesson/7660/</w:t>
            </w:r>
          </w:p>
        </w:tc>
      </w:tr>
      <w:tr w:rsidR="00965417">
        <w:trPr>
          <w:trHeight w:hRule="exact" w:val="12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Смысловой анализ текста.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07.10.2022 08.10.2022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52" w:lineRule="auto"/>
              <w:ind w:left="72"/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Восстанавливать деформированный текст;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корректировать восстановленный текст с опорой на образец. Составлять план текста (простой;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сложный) и пересказывать его содержание по плану в устной и письменной форме; в том числе с изменением лица рассказчика.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Представлять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сообщение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заданную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тему в виде презентации.;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 ject/lesson/7660/</w:t>
            </w:r>
          </w:p>
        </w:tc>
      </w:tr>
    </w:tbl>
    <w:p w:rsidR="00965417" w:rsidRDefault="00965417">
      <w:pPr>
        <w:autoSpaceDE w:val="0"/>
        <w:autoSpaceDN w:val="0"/>
        <w:spacing w:after="0" w:line="14" w:lineRule="exact"/>
      </w:pPr>
    </w:p>
    <w:p w:rsidR="00965417" w:rsidRDefault="00965417">
      <w:pPr>
        <w:sectPr w:rsidR="00965417">
          <w:pgSz w:w="16840" w:h="11900"/>
          <w:pgMar w:top="284" w:right="640" w:bottom="43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65417" w:rsidRDefault="0096541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788"/>
        <w:gridCol w:w="1164"/>
        <w:gridCol w:w="1562"/>
      </w:tblGrid>
      <w:tr w:rsidR="00965417">
        <w:trPr>
          <w:trHeight w:hRule="exact" w:val="23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4.6.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Информационная переработка текста. Редактирование текста.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09.10.2022 10.10.2022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54" w:lineRule="auto"/>
              <w:ind w:left="72" w:right="288"/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текст электронной презентации с учётом внеязыковых требований; предъявляемых к ней;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в соответствии со спецификой употребления языковых средств. Редактировать собственные/созданные другими обучающимися тексты с целью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совершенствования их содержания: оценивать достоверность фактического материала;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текст с;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точки зрения целостности;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связности;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информативности.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Сопоставлять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исходный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отредактированный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тексты.; ;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 ject/lesson/7660/</w:t>
            </w:r>
          </w:p>
        </w:tc>
      </w:tr>
      <w:tr w:rsidR="0096541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</w:tr>
      <w:tr w:rsidR="0096541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5. ФУНКЦИОНАЛЬНЫЕ  РАЗНОВИДНОСТИ  ЯЗЫКА</w:t>
            </w:r>
          </w:p>
        </w:tc>
      </w:tr>
      <w:tr w:rsidR="0096541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11.10.2022 13.10.2022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тексты;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принадлежащие к разным функциональным разновидностям языка: определять сферу использования и соотносить её стой или иной разновидностью </w:t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языка.;</w:t>
            </w:r>
            <w:proofErr w:type="gramEnd"/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https://multiurok.ru/fil es/urok-po-razvitiiu-rechifunktsionalnye-raznovidnos.html</w:t>
            </w:r>
          </w:p>
        </w:tc>
      </w:tr>
      <w:tr w:rsidR="0096541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</w:tr>
      <w:tr w:rsidR="0096541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6. СИСТЕМА ЯЗЫКА </w:t>
            </w:r>
          </w:p>
        </w:tc>
      </w:tr>
      <w:tr w:rsidR="00965417">
        <w:trPr>
          <w:trHeight w:hRule="exact" w:val="54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Фонетика. Графика. Орфоэпия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14.10.2022 21.10.2022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смыслоразличительную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функциюзвука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речи в слове; приводить примеры.</w:t>
            </w:r>
          </w:p>
          <w:p w:rsidR="00965417" w:rsidRPr="007F6F5C" w:rsidRDefault="00E81825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звуки речи по заданным характеристикам. Определять звуковой состав слова. Классифицировать звуки по заданным признакам. Различать ударные и безударные гласные; </w:t>
            </w:r>
            <w:r w:rsidRPr="007F6F5C">
              <w:rPr>
                <w:lang w:val="ru-RU"/>
              </w:rPr>
              <w:br/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звонкиеи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глухие;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твёрдые и мягкие согласные. Объяснять с помощью элементов транскрипции особенности произношения и написания слов. Сравнивать звуковой и буквенный составы слова. Членить слова на слоги и правильно переносить слова со строки на строку. Определять место ударного слога;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заперемещением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ударения при изменении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формыслова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 Наблюдать за использованием выразительных средств фонетики в поэтических произведениях.</w:t>
            </w:r>
          </w:p>
          <w:p w:rsidR="00965417" w:rsidRPr="007F6F5C" w:rsidRDefault="00E81825">
            <w:pPr>
              <w:autoSpaceDE w:val="0"/>
              <w:autoSpaceDN w:val="0"/>
              <w:spacing w:before="18" w:after="0" w:line="254" w:lineRule="auto"/>
              <w:ind w:left="7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фонетический анализ </w:t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слов.;</w:t>
            </w:r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Употреблять слова и их формы в соответствии с основными нормами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литературного произношения: нормами произношения безударных гласных звуков; мягкого или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твёрдогосогласного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перед [э] в иноязычных словах; сочетания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согласных (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чн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7F6F5C">
              <w:rPr>
                <w:lang w:val="ru-RU"/>
              </w:rPr>
              <w:br/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др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); грамматических форм (прилагательных на -его;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-ого;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возвратных глаголов с -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ся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сь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др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). Употреблять в речи слова и их формы в соответствии с нормами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ударения (на отдельных примерах). Находить необходимую информацию в орфоэпическом словаре и использовать её. Правильно интонировать разные по цели и эмоциональной окраске;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высказывания. Оценивать собственную и чужую речь с точки зрения соблюдения орфоэпических норм;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норм ударения;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интонационных </w:t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норм.;</w:t>
            </w:r>
            <w:proofErr w:type="gramEnd"/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 ject/lesson/384/</w:t>
            </w:r>
          </w:p>
        </w:tc>
      </w:tr>
    </w:tbl>
    <w:p w:rsidR="00965417" w:rsidRDefault="00965417">
      <w:pPr>
        <w:autoSpaceDE w:val="0"/>
        <w:autoSpaceDN w:val="0"/>
        <w:spacing w:after="0" w:line="14" w:lineRule="exact"/>
      </w:pPr>
    </w:p>
    <w:p w:rsidR="00965417" w:rsidRDefault="00965417">
      <w:pPr>
        <w:sectPr w:rsidR="00965417">
          <w:pgSz w:w="16840" w:h="11900"/>
          <w:pgMar w:top="284" w:right="640" w:bottom="61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65417" w:rsidRDefault="0096541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788"/>
        <w:gridCol w:w="1164"/>
        <w:gridCol w:w="1562"/>
      </w:tblGrid>
      <w:tr w:rsidR="00965417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Орфография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22.10.2022 24.10.2022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52" w:lineRule="auto"/>
              <w:ind w:left="72" w:right="432"/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Оперировать понятием «орфограмма» и различать буквенные и небуквенные орфограммы при проведении орфографического анализа слова. Распознавать изученные орфограммы. Применять знания по орфографии в практике правописания (в том числе применять;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знания о правописании разделительных ъ и ь).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Находить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необходимую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информацию.;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7" w:lineRule="auto"/>
              <w:ind w:left="72" w:right="92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 ject/lesson/6359/train/ 142528/</w:t>
            </w:r>
          </w:p>
        </w:tc>
      </w:tr>
      <w:tr w:rsidR="00965417">
        <w:trPr>
          <w:trHeight w:hRule="exact" w:val="36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Лексикология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25.10.2022 19.11.2022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контексту; с помощью толкового словаря). Распознавать однозначные и многозначные слова; различать прямое и переносное значения слова. Сравнивать прямое и переносное значения слова по заданному признаку. Распознавать синонимы;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антонимы;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омонимы. Различать;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многозначные слова и омонимы. Уметь правильно употреблять слова-паронимы.</w:t>
            </w:r>
          </w:p>
          <w:p w:rsidR="00965417" w:rsidRPr="007F6F5C" w:rsidRDefault="00E81825">
            <w:pPr>
              <w:autoSpaceDE w:val="0"/>
              <w:autoSpaceDN w:val="0"/>
              <w:spacing w:before="18" w:after="0" w:line="254" w:lineRule="auto"/>
              <w:ind w:left="72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тематические группы слов;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родовые и видовые понятия. Находить основания для тематической группировки слов. Группировать слова по тематическому признаку. Проводить лексический анализ слов. Находить необходимую информацию в лексических словарях разных видов (толковые словари;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словари синонимов;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антонимов</w:t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омонимов;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паронимов) и использовать её.;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 ject/lesson/577/</w:t>
            </w:r>
          </w:p>
        </w:tc>
      </w:tr>
      <w:tr w:rsidR="00965417">
        <w:trPr>
          <w:trHeight w:hRule="exact" w:val="265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Морфемика. Орфография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21.11.2022 06.12.2022</w:t>
            </w:r>
          </w:p>
        </w:tc>
        <w:tc>
          <w:tcPr>
            <w:tcW w:w="57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Характеризовать морфему как минимальную значимую единицу языка.</w:t>
            </w:r>
          </w:p>
          <w:p w:rsidR="00965417" w:rsidRDefault="00E81825">
            <w:pPr>
              <w:autoSpaceDE w:val="0"/>
              <w:autoSpaceDN w:val="0"/>
              <w:spacing w:before="20" w:after="0" w:line="254" w:lineRule="auto"/>
              <w:ind w:left="72"/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морфемы в слове (корень;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приставку;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суффикс;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окончание);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выделять основу </w:t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слова.;</w:t>
            </w:r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чередование звуков в морфемах (в том числе чередование гласных с нулём звука). Проводить морфемный анализ слов. Применять знания по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морфемике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при выполнении языкового анализа различных видов и в практике правописания слов с изученными орфограммами.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Уместно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с суффиксами оценки 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собственной речи.;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15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 ject/lesson/413/</w:t>
            </w:r>
          </w:p>
        </w:tc>
      </w:tr>
      <w:tr w:rsidR="0096541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</w:tr>
      <w:tr w:rsidR="00965417" w:rsidRPr="00413AB4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7. МОРФОЛОГИЯ. КУЛЬТУРА РЕЧИ. ОРФОГРАФИЯ</w:t>
            </w:r>
          </w:p>
        </w:tc>
      </w:tr>
    </w:tbl>
    <w:p w:rsidR="00965417" w:rsidRPr="007F6F5C" w:rsidRDefault="00965417">
      <w:pPr>
        <w:autoSpaceDE w:val="0"/>
        <w:autoSpaceDN w:val="0"/>
        <w:spacing w:after="0" w:line="14" w:lineRule="exact"/>
        <w:rPr>
          <w:lang w:val="ru-RU"/>
        </w:rPr>
      </w:pPr>
    </w:p>
    <w:p w:rsidR="00965417" w:rsidRPr="007F6F5C" w:rsidRDefault="00965417">
      <w:pPr>
        <w:rPr>
          <w:lang w:val="ru-RU"/>
        </w:rPr>
        <w:sectPr w:rsidR="00965417" w:rsidRPr="007F6F5C">
          <w:pgSz w:w="16840" w:h="11900"/>
          <w:pgMar w:top="284" w:right="640" w:bottom="14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65417" w:rsidRPr="007F6F5C" w:rsidRDefault="00965417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788"/>
        <w:gridCol w:w="1164"/>
        <w:gridCol w:w="1562"/>
      </w:tblGrid>
      <w:tr w:rsidR="00965417">
        <w:trPr>
          <w:trHeight w:hRule="exact" w:val="34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Морфология как раздел лингвистики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08.12.2022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характеризовать особенности грамматического значения слова в отличие от лексического. Распознавать самостоятельные (знаменательные)части речи и их формы в рамках изученного; служебные части речи; междометия; звукоподражательные слова (общее представление). Группировать слова разных частей речи по заданным признакам;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основания для классификации. Применять знания о части речи как лексико- грамматическом разряде слов;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 грамматическом значении слова;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 системе частей речи в русском языке для решения практико-ориентированных учебных задач. Распознавать;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имена существительные;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имена прилагательные;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глаголы. Проводить морфологический анализ имён существительных;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частичный морфологический анализ имён прилагательных;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глаголов. Применять знания по морфологии при выполнении языкового;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анализа различных видов в речевой </w:t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практике.;</w:t>
            </w:r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 ject/lesson/2244/</w:t>
            </w:r>
          </w:p>
        </w:tc>
      </w:tr>
      <w:tr w:rsidR="00965417">
        <w:trPr>
          <w:trHeight w:hRule="exact" w:val="41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Имя существительное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09.12.2022 12.01.2023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характеризовать общее грамматическое значение;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морфологические признаки и синтаксические функции имени существительного.</w:t>
            </w:r>
          </w:p>
          <w:p w:rsidR="00965417" w:rsidRDefault="00E81825">
            <w:pPr>
              <w:autoSpaceDE w:val="0"/>
              <w:autoSpaceDN w:val="0"/>
              <w:spacing w:before="20" w:after="0" w:line="254" w:lineRule="auto"/>
              <w:ind w:left="72" w:right="144"/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роль имени существительного в речи. Определять и характеризовать лексико-грамматические разряды имён существительных по значению;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имена существительные собственные и нарицательные;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имена существительные одушевлённые и неодушевлённые. Различать типы склонения имён существительных. Выявлять разносклоняемые и несклоняемые имена существительные. Определять род;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число;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падеж;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тип склонения имён;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существительных. Группировать имена существительные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позаданным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морфологическим признакам. Проводить морфологический анализ </w:t>
            </w:r>
            <w:r w:rsidRPr="007F6F5C">
              <w:rPr>
                <w:lang w:val="ru-RU"/>
              </w:rPr>
              <w:br/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имёнсуществительных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Употреблять;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имена существительные в соответствии с нормами словоизменения;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произношения;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постановки в них ударения (в рамках изученного);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употребления несклоняемых имён;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существительных;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согласования прилагательного с существительным общего рода.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Применять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нормы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правописания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имён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существительных с изученными орфограммами.;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 ject/lesson/7629/</w:t>
            </w:r>
          </w:p>
        </w:tc>
      </w:tr>
    </w:tbl>
    <w:p w:rsidR="00965417" w:rsidRDefault="00965417">
      <w:pPr>
        <w:autoSpaceDE w:val="0"/>
        <w:autoSpaceDN w:val="0"/>
        <w:spacing w:after="0" w:line="14" w:lineRule="exact"/>
      </w:pPr>
    </w:p>
    <w:p w:rsidR="00965417" w:rsidRDefault="00965417">
      <w:pPr>
        <w:sectPr w:rsidR="00965417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65417" w:rsidRDefault="0096541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788"/>
        <w:gridCol w:w="1164"/>
        <w:gridCol w:w="1562"/>
      </w:tblGrid>
      <w:tr w:rsidR="00965417">
        <w:trPr>
          <w:trHeight w:hRule="exact" w:val="45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Имя прилагательное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13.01.2023 06.02.2023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8" w:after="0" w:line="257" w:lineRule="auto"/>
              <w:ind w:left="72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характеризовать общее грамматическое значение;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морфологические;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признаки и синтаксические функции имени прилагательного. Характеризовать его роль в; </w:t>
            </w:r>
            <w:r w:rsidRPr="007F6F5C">
              <w:rPr>
                <w:lang w:val="ru-RU"/>
              </w:rPr>
              <w:br/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речи.;</w:t>
            </w:r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Правильно склонять имена прилагательные. Применять правила правописания; безударных окончаний имён прилагательных. Различать полную и краткую формы имён;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прилагательных. Применять правила правописания кратких форм имён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прилагательных с;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основой на шипящий. Анализировать особенности использования </w:t>
            </w:r>
            <w:r w:rsidRPr="007F6F5C">
              <w:rPr>
                <w:lang w:val="ru-RU"/>
              </w:rPr>
              <w:br/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имёнприлагательных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изучаемых текстах. Проводить частичный морфологический анализ имён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прилагательных;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(в рамках изученного). Применять нормы словоизменения имён прилагательных; нормы;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согласования имён прилагательных с существительными общего рода;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неизменяемыми;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именами существительными; нормы произношения;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постановки ударения (в рамках;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изученного). Применять нормы правописания о — е после шипящих и ц в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суффиксах и;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окончаниях имён прилагательных; правописания не с именами </w:t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прилагательными.;</w:t>
            </w:r>
            <w:proofErr w:type="gramEnd"/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7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37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 ject/lesson/7629/</w:t>
            </w:r>
          </w:p>
        </w:tc>
      </w:tr>
      <w:tr w:rsidR="00965417">
        <w:trPr>
          <w:trHeight w:hRule="exact" w:val="32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Глагол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07.02.2023 17.03.2023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характеризовать общее грамматическое значение;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морфологические;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признаки и синтаксические функции глагола. Объяснять его роль в словосочетании и;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предложении;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 также в речи. Различать глаголы совершенного и несовершенного вида</w:t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возвратные и невозвратные. Применять правила правописания -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тся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-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ться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 глаголах;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суффиксов -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ова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— -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ева</w:t>
            </w:r>
            <w:proofErr w:type="spellEnd"/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-;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ыва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— -ива-. Распознавать инфинитив и личные формы;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глагола;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соответствующие примеры. Называть грамматические свойства; </w:t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инфинитива(</w:t>
            </w:r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неопределённой формы) глагола. Применять правила использования ь как;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показателя грамматической формы инфинитива. Определять основу </w:t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инфинитива.;</w:t>
            </w:r>
            <w:proofErr w:type="gramEnd"/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37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 ject/lesson/7627/</w:t>
            </w:r>
          </w:p>
        </w:tc>
      </w:tr>
      <w:tr w:rsidR="0096541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67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</w:tr>
      <w:tr w:rsidR="00965417" w:rsidRPr="00413AB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8. СИНТАКСИС. КУЛЬТУРА РЕЧИ. ПУНКТУАЦИЯ</w:t>
            </w:r>
          </w:p>
        </w:tc>
      </w:tr>
      <w:tr w:rsidR="00965417">
        <w:trPr>
          <w:trHeight w:hRule="exact" w:val="205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Синтаксис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пунктуация как разделы лингвистики. </w:t>
            </w:r>
          </w:p>
          <w:p w:rsidR="00965417" w:rsidRDefault="00E81825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Словосочетание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27.03.2023 28.03.2023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8" w:after="0" w:line="254" w:lineRule="auto"/>
              <w:ind w:left="72" w:right="72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единицы синтаксиса (словосочетание и предложение</w:t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).;</w:t>
            </w:r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Определять функции знаков препинания.;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Выделять словосочетания из предложения;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словосочетания по;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морфологическим свойствам главного слова(именные;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глагольные;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наречные).;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средства связи слов в словосочетании.;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нарушения норм сочетания слов в составе словосочетания.; Проводить синтаксический анализ словосочетаний(в рамках изученного).;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37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 ject/lesson/575/</w:t>
            </w:r>
          </w:p>
        </w:tc>
      </w:tr>
    </w:tbl>
    <w:p w:rsidR="00965417" w:rsidRDefault="00965417">
      <w:pPr>
        <w:autoSpaceDE w:val="0"/>
        <w:autoSpaceDN w:val="0"/>
        <w:spacing w:after="0" w:line="14" w:lineRule="exact"/>
      </w:pPr>
    </w:p>
    <w:p w:rsidR="00965417" w:rsidRDefault="00965417">
      <w:pPr>
        <w:sectPr w:rsidR="00965417">
          <w:pgSz w:w="16840" w:h="11900"/>
          <w:pgMar w:top="284" w:right="640" w:bottom="37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65417" w:rsidRDefault="0096541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788"/>
        <w:gridCol w:w="1164"/>
        <w:gridCol w:w="1562"/>
      </w:tblGrid>
      <w:tr w:rsidR="00965417">
        <w:trPr>
          <w:trHeight w:hRule="exact" w:val="76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Простое двусоставное предложение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30.03.2023 04.04.2023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предложения по цели высказывания(повествовательные;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побудительные;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вопросительные);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эмоциональной окраске (восклицательные и невосклицательные);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количеству грамматических основ (простые и сложные);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наличию второстепенных членов;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(распространённые и нераспространённые) и характеризовать их.;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Употреблять повествовательные;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побудительные;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вопросительные;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восклицательные;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вречевой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практике;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корректируя интонацию в соответствии с;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коммуникативной целью высказывания.;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главные (грамматическую основу)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ивторостепенные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члены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характеризовать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морфологическиесредства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выражения подлежащего; (именем существительным или местоимением в именительном падеже;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сочетанием имени;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существительного в форме именительного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падежас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существительным или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местоимением;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форме творительного падежа с предлогом; сочетанием имени числительного в форме;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именительного падежа с существительным в форме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родительногопадежа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и сказуемого;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(глаголом;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именем существительным;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именем прилагательным).;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постановки тире между подлежащим и сказуемым.;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распространённые и нераспространённые предложения;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основания;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для сравнения и сравнивать их.;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виды второстепенных членов предложения и морфологические средства их;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выражения (в рамках изученного).;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синтаксический анализ простых двусоставных предложений.;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37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 ject/lesson/544/</w:t>
            </w:r>
          </w:p>
        </w:tc>
      </w:tr>
    </w:tbl>
    <w:p w:rsidR="00965417" w:rsidRDefault="00965417">
      <w:pPr>
        <w:autoSpaceDE w:val="0"/>
        <w:autoSpaceDN w:val="0"/>
        <w:spacing w:after="0" w:line="14" w:lineRule="exact"/>
      </w:pPr>
    </w:p>
    <w:p w:rsidR="00965417" w:rsidRDefault="00965417">
      <w:pPr>
        <w:sectPr w:rsidR="00965417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65417" w:rsidRDefault="0096541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788"/>
        <w:gridCol w:w="1164"/>
        <w:gridCol w:w="1562"/>
      </w:tblGrid>
      <w:tr w:rsidR="00965417">
        <w:trPr>
          <w:trHeight w:hRule="exact" w:val="46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Простое осложнённое предложение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06.04.2023 11.04.2023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распознавать неосложнённые предложения и предложения; 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осложнённые однородными членами или обращением.;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в предложении однородные члены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иобобщающие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слова при них.; Правильно интонировать эти предложения.;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роль однородных членов предложения в речи.;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Точно использовать слова;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обозначающие родовые и видовые понятия;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конструкциях с;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обобщающим словом при однородных членах.;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составлять схемы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однородныхчленов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 предложениях (по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образцу).;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пунктуационные нормы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постановкизнаков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препинания в предложениях с;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однородными членами и обобщающим словом при них (в рамках изученного).; Распознавать в предложении обращение.;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Устанавливать отсутствие грамматической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связиобращения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 предложением (обращение;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 является членом предложения).;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Правильно интонировать предложения с обращением.;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пунктуационного оформления обращения.;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синтаксический анализ простых осложнённых предложений.;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37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 ject/lesson/1218/</w:t>
            </w:r>
          </w:p>
        </w:tc>
      </w:tr>
      <w:tr w:rsidR="00965417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Сложное предложение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13.04.2023 17.04.2023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простые и сложные предложения сточки зрения количества; грамматических </w:t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основ.;</w:t>
            </w:r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37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 ject/lesson/36/</w:t>
            </w:r>
          </w:p>
        </w:tc>
      </w:tr>
      <w:tr w:rsidR="0096541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8.5.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Предложения с прямой речью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18.04.2023 21.04.2023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предложения с прямой речью и сравнивать их с точки зрения позиции;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авторав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предложении и пунктуационного оформления этих </w:t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предложений.;</w:t>
            </w:r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;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37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 ject/lesson/38/</w:t>
            </w:r>
          </w:p>
        </w:tc>
      </w:tr>
      <w:tr w:rsidR="0096541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8.6.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Диалог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22.04.2023 24.04.2023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Моделировать диалоги на лингвистические </w:t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темы(</w:t>
            </w:r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рамках изученного) и темы на; основе жизненных наблюдений.;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37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 ject/lesson/38/</w:t>
            </w:r>
          </w:p>
        </w:tc>
      </w:tr>
      <w:tr w:rsidR="0096541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</w:tr>
      <w:tr w:rsidR="0096541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9. ПОВТОРЕНИЕ </w:t>
            </w:r>
          </w:p>
        </w:tc>
      </w:tr>
      <w:tr w:rsidR="00965417">
        <w:trPr>
          <w:trHeight w:hRule="exact" w:val="13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 пройденного материала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25.04.2023 04.05.2023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Письменный;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42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 ject/lesson/7705/cons pect/307206/</w:t>
            </w:r>
          </w:p>
        </w:tc>
      </w:tr>
      <w:tr w:rsidR="0096541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</w:tr>
      <w:tr w:rsidR="00965417" w:rsidRPr="00413AB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10. СОЧИНЕНИЯ, ИЗЛОЖЕНИЯ, КОНТРОЛЬНЫЕ И ПРОВЕРОЧНЫЕ РАБОТЫ</w:t>
            </w:r>
          </w:p>
        </w:tc>
      </w:tr>
      <w:tr w:rsidR="00965417">
        <w:trPr>
          <w:trHeight w:hRule="exact" w:val="3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Сочинения (в течение года)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</w:tr>
    </w:tbl>
    <w:p w:rsidR="00965417" w:rsidRDefault="00965417">
      <w:pPr>
        <w:autoSpaceDE w:val="0"/>
        <w:autoSpaceDN w:val="0"/>
        <w:spacing w:after="0" w:line="14" w:lineRule="exact"/>
      </w:pPr>
    </w:p>
    <w:p w:rsidR="00965417" w:rsidRDefault="00965417">
      <w:pPr>
        <w:sectPr w:rsidR="00965417">
          <w:pgSz w:w="16840" w:h="11900"/>
          <w:pgMar w:top="284" w:right="640" w:bottom="40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65417" w:rsidRDefault="0096541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788"/>
        <w:gridCol w:w="1164"/>
        <w:gridCol w:w="1562"/>
      </w:tblGrid>
      <w:tr w:rsidR="0096541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Изложения (в течение года)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</w:tr>
      <w:tr w:rsidR="0096541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Контрольные и проверочные работы (в течение года)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</w:tr>
      <w:tr w:rsidR="0096541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</w:tr>
      <w:tr w:rsidR="00965417">
        <w:trPr>
          <w:trHeight w:hRule="exact" w:val="522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9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965417"/>
        </w:tc>
      </w:tr>
    </w:tbl>
    <w:p w:rsidR="00965417" w:rsidRDefault="00965417">
      <w:pPr>
        <w:autoSpaceDE w:val="0"/>
        <w:autoSpaceDN w:val="0"/>
        <w:spacing w:after="0" w:line="14" w:lineRule="exact"/>
      </w:pPr>
    </w:p>
    <w:p w:rsidR="00965417" w:rsidRDefault="00965417">
      <w:pPr>
        <w:sectPr w:rsidR="00965417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65417" w:rsidRDefault="00965417">
      <w:pPr>
        <w:autoSpaceDE w:val="0"/>
        <w:autoSpaceDN w:val="0"/>
        <w:spacing w:after="78" w:line="220" w:lineRule="exact"/>
      </w:pPr>
    </w:p>
    <w:p w:rsidR="00965417" w:rsidRDefault="00E81825">
      <w:pPr>
        <w:autoSpaceDE w:val="0"/>
        <w:autoSpaceDN w:val="0"/>
        <w:spacing w:after="312" w:line="230" w:lineRule="auto"/>
      </w:pPr>
      <w:r>
        <w:rPr>
          <w:rFonts w:ascii="Times New Roman" w:eastAsia="Times New Roman" w:hAnsi="Times New Roman"/>
          <w:b/>
          <w:color w:val="000000"/>
          <w:w w:val="101"/>
          <w:sz w:val="23"/>
        </w:rPr>
        <w:t xml:space="preserve">ПОУРОЧНОЕ ПЛАНИРОВАНИЕ </w:t>
      </w: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374"/>
        <w:gridCol w:w="714"/>
        <w:gridCol w:w="1576"/>
        <w:gridCol w:w="1622"/>
        <w:gridCol w:w="1204"/>
        <w:gridCol w:w="1600"/>
      </w:tblGrid>
      <w:tr w:rsidR="00965417">
        <w:trPr>
          <w:trHeight w:hRule="exact" w:val="478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п/п</w:t>
            </w:r>
          </w:p>
        </w:tc>
        <w:tc>
          <w:tcPr>
            <w:tcW w:w="3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Тема урока</w:t>
            </w:r>
          </w:p>
        </w:tc>
        <w:tc>
          <w:tcPr>
            <w:tcW w:w="3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Количество часов</w:t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изучения</w:t>
            </w: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71" w:lineRule="auto"/>
              <w:ind w:left="70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контроля</w:t>
            </w:r>
          </w:p>
        </w:tc>
      </w:tr>
      <w:tr w:rsidR="00965417">
        <w:trPr>
          <w:trHeight w:hRule="exact" w:val="806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417" w:rsidRDefault="00965417"/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417" w:rsidRDefault="00965417"/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 xml:space="preserve">всего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контрольные работы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практические работы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417" w:rsidRDefault="00965417"/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417" w:rsidRDefault="00965417"/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62" w:lineRule="auto"/>
              <w:ind w:left="70" w:right="288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05.09.2022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  <w:tr w:rsidR="00965417">
        <w:trPr>
          <w:trHeight w:hRule="exact" w:val="24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83" w:lineRule="auto"/>
              <w:ind w:left="7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Лингвистика как наука о языке. Язык как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знаковаясистема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и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средство человеческого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общения. Основные единицы языка и речи: звук, </w:t>
            </w:r>
            <w:r w:rsidRPr="007F6F5C">
              <w:rPr>
                <w:lang w:val="ru-RU"/>
              </w:rPr>
              <w:br/>
            </w:r>
            <w:proofErr w:type="spellStart"/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морфема,слово</w:t>
            </w:r>
            <w:proofErr w:type="spellEnd"/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,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словосочетание, предложение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06.09.2022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  <w:tr w:rsidR="00965417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62" w:lineRule="auto"/>
              <w:ind w:left="7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Повторение изученного в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начальной школе. Орфография.</w:t>
            </w:r>
          </w:p>
          <w:p w:rsidR="00965417" w:rsidRPr="007F6F5C" w:rsidRDefault="00E81825">
            <w:pPr>
              <w:autoSpaceDE w:val="0"/>
              <w:autoSpaceDN w:val="0"/>
              <w:spacing w:before="68" w:after="0" w:line="262" w:lineRule="auto"/>
              <w:ind w:left="70" w:right="72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Правописание гласных и согласных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вкорне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08.09.2022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  <w:tr w:rsidR="00965417">
        <w:trPr>
          <w:trHeight w:hRule="exact" w:val="17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81" w:lineRule="auto"/>
              <w:ind w:left="7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Повторение изученного в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начальной школе. Орфография. Правописание разделительного мягкого (ь) и разделительного твёрдого (ъ) знаков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09.09.2022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Повторение изученного в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начальной школе.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Состав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слова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10.09.2022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71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Письменный;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;</w:t>
            </w:r>
          </w:p>
        </w:tc>
      </w:tr>
      <w:tr w:rsidR="00965417">
        <w:trPr>
          <w:trHeight w:hRule="exact" w:val="145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4" w:after="0"/>
              <w:ind w:left="7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Повторение изученного в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начальной школе. Морфология. Самостоятельные и служебные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частиречи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12.09.2022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Зачет;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8" w:after="0" w:line="262" w:lineRule="auto"/>
              <w:ind w:left="70" w:right="43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Повторение изученного в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начальной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школе.Синтаксис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13.09.2022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Тестирование;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Речь устная и письменная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15.09.2022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Монолог. Диалог. Полилог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16.09.2022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7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Речевые формулы приветствия, </w:t>
            </w:r>
            <w:proofErr w:type="spellStart"/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прощания,просьбы</w:t>
            </w:r>
            <w:proofErr w:type="spellEnd"/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,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благодарности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17.09.2022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  <w:tr w:rsidR="00965417">
        <w:trPr>
          <w:trHeight w:hRule="exact" w:val="11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70" w:right="288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Виды речевой деятельности (говорение, </w:t>
            </w:r>
            <w:proofErr w:type="spellStart"/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слушание,чтение</w:t>
            </w:r>
            <w:proofErr w:type="spellEnd"/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, письмо), их особенности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19.09.2022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Тестирование;</w:t>
            </w:r>
          </w:p>
        </w:tc>
      </w:tr>
    </w:tbl>
    <w:p w:rsidR="00965417" w:rsidRDefault="00965417">
      <w:pPr>
        <w:autoSpaceDE w:val="0"/>
        <w:autoSpaceDN w:val="0"/>
        <w:spacing w:after="0" w:line="14" w:lineRule="exact"/>
      </w:pPr>
    </w:p>
    <w:p w:rsidR="00965417" w:rsidRDefault="00965417">
      <w:pPr>
        <w:sectPr w:rsidR="00965417">
          <w:pgSz w:w="11900" w:h="16840"/>
          <w:pgMar w:top="298" w:right="556" w:bottom="304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65417" w:rsidRDefault="00965417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374"/>
        <w:gridCol w:w="714"/>
        <w:gridCol w:w="1576"/>
        <w:gridCol w:w="1622"/>
        <w:gridCol w:w="1204"/>
        <w:gridCol w:w="1600"/>
      </w:tblGrid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70" w:right="43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Виды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аудирования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: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выборочное, </w:t>
            </w:r>
            <w:r w:rsidRPr="007F6F5C">
              <w:rPr>
                <w:lang w:val="ru-RU"/>
              </w:rPr>
              <w:br/>
            </w:r>
            <w:proofErr w:type="spellStart"/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ознакомительное,детальное</w:t>
            </w:r>
            <w:proofErr w:type="spellEnd"/>
            <w:proofErr w:type="gram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20.09.2022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  <w:tr w:rsidR="00965417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7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Виды чтения: изучающее, </w:t>
            </w:r>
            <w:r w:rsidRPr="007F6F5C">
              <w:rPr>
                <w:lang w:val="ru-RU"/>
              </w:rPr>
              <w:br/>
            </w:r>
            <w:proofErr w:type="spellStart"/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ознакомительное,просмотровое</w:t>
            </w:r>
            <w:proofErr w:type="spellEnd"/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, поисковое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21.09.2022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14.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4" w:after="0" w:line="271" w:lineRule="auto"/>
              <w:ind w:left="7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Понятие о тексте. Тема, главная мысль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текста.Микротемы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текста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22.09.2022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432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Композиционная структура текста. Абзац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23.09.2022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26.09.2022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17.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4" w:after="0"/>
              <w:ind w:left="70" w:right="43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Функционально-смысловые типы речи: </w:t>
            </w:r>
            <w:r w:rsidRPr="007F6F5C">
              <w:rPr>
                <w:lang w:val="ru-RU"/>
              </w:rPr>
              <w:br/>
            </w:r>
            <w:proofErr w:type="spellStart"/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описание,повествование</w:t>
            </w:r>
            <w:proofErr w:type="spellEnd"/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,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рассуждение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27.09.2022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Тестирование;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18.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4" w:after="0" w:line="262" w:lineRule="auto"/>
              <w:ind w:left="70" w:right="288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Повествование как тип речи. Рассказ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28.09.2022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71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Практическая;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19.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288"/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Повествование как тип речи. Рассказ.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Практикум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29.09.2022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71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Письменный;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20.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Сочинение по сюжетной картине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30.09.2022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21.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Смысловой анализ текста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03.10.2022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22.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Смысловой анализ текста. Практикум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04.10.2022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23.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7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Информационная переработка текста: простой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исложный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план текста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05.10.2022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24.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Изложение и его виды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06.10.2022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71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изложение;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25.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 w:right="1152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Функциональные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разновидности языка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07.10.2022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  <w:tr w:rsidR="00965417">
        <w:trPr>
          <w:trHeight w:hRule="exact" w:val="9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26.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Изложение. Проверочная работа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10.10.2022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</w:tbl>
    <w:p w:rsidR="00965417" w:rsidRDefault="00965417">
      <w:pPr>
        <w:autoSpaceDE w:val="0"/>
        <w:autoSpaceDN w:val="0"/>
        <w:spacing w:after="0" w:line="14" w:lineRule="exact"/>
      </w:pPr>
    </w:p>
    <w:p w:rsidR="00965417" w:rsidRDefault="00965417">
      <w:pPr>
        <w:sectPr w:rsidR="00965417">
          <w:pgSz w:w="11900" w:h="16840"/>
          <w:pgMar w:top="284" w:right="556" w:bottom="516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65417" w:rsidRDefault="00965417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374"/>
        <w:gridCol w:w="714"/>
        <w:gridCol w:w="1576"/>
        <w:gridCol w:w="1622"/>
        <w:gridCol w:w="1204"/>
        <w:gridCol w:w="1600"/>
      </w:tblGrid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27.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Редактирование текста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11.10.2022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7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28.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4" w:after="0" w:line="271" w:lineRule="auto"/>
              <w:ind w:left="70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Фонетика и графика как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разделы лингвистики.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Звуккак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единица языка.</w:t>
            </w:r>
          </w:p>
          <w:p w:rsidR="00965417" w:rsidRDefault="00E81825">
            <w:pPr>
              <w:autoSpaceDE w:val="0"/>
              <w:autoSpaceDN w:val="0"/>
              <w:spacing w:before="68" w:after="0" w:line="262" w:lineRule="auto"/>
              <w:ind w:left="70" w:right="144"/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Смыслоразличительная роль звука.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Система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гласных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звуков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12.10.2022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Тестирование;</w:t>
            </w:r>
          </w:p>
        </w:tc>
      </w:tr>
      <w:tr w:rsidR="00965417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29.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70" w:right="576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Система согласных звуков.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Основныевыразительные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средства фонетики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13.10.2022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Зачет;</w:t>
            </w:r>
          </w:p>
        </w:tc>
      </w:tr>
      <w:tr w:rsidR="00965417">
        <w:trPr>
          <w:trHeight w:hRule="exact" w:val="8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30.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Слог. Ударение. Свойства русского ударения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14.10.2022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  <w:tr w:rsidR="00965417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31.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71" w:lineRule="auto"/>
              <w:ind w:left="70"/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Изменение звуков в речевом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потоке.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Элементыфонетической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транскрипции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17.10.2022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7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32.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4" w:after="0" w:line="262" w:lineRule="auto"/>
              <w:ind w:left="70" w:right="288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Соотношение звуков и букв. Прописные и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строчныебуквы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.</w:t>
            </w:r>
          </w:p>
          <w:p w:rsidR="00965417" w:rsidRPr="007F6F5C" w:rsidRDefault="00E81825">
            <w:pPr>
              <w:autoSpaceDE w:val="0"/>
              <w:autoSpaceDN w:val="0"/>
              <w:spacing w:before="68" w:after="0" w:line="262" w:lineRule="auto"/>
              <w:ind w:left="70" w:right="576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Способы обозначения [й’], мягкости согласных.</w:t>
            </w:r>
          </w:p>
          <w:p w:rsidR="00965417" w:rsidRDefault="00E81825">
            <w:pPr>
              <w:autoSpaceDE w:val="0"/>
              <w:autoSpaceDN w:val="0"/>
              <w:spacing w:before="68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Фонетический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анализ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слова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18.10.2022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21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33.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70" w:right="86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Орфоэпия как раздел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лингвистики. Основные орфоэпические нормы.</w:t>
            </w:r>
          </w:p>
          <w:p w:rsidR="00965417" w:rsidRPr="007F6F5C" w:rsidRDefault="00E81825">
            <w:pPr>
              <w:autoSpaceDE w:val="0"/>
              <w:autoSpaceDN w:val="0"/>
              <w:spacing w:before="68" w:after="0" w:line="271" w:lineRule="auto"/>
              <w:ind w:left="70" w:right="288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Интонация, её </w:t>
            </w:r>
            <w:r w:rsidRPr="007F6F5C">
              <w:rPr>
                <w:lang w:val="ru-RU"/>
              </w:rPr>
              <w:br/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функции.Основные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элементы интонации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19.10.2022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34.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70" w:right="576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Орфография. Орфограмма. Буквенные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инебуквенные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орфограммы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20.10.2022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35.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Правописание разделительных Ъ и Ь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21.10.2022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Тестирование;</w:t>
            </w:r>
          </w:p>
        </w:tc>
      </w:tr>
      <w:tr w:rsidR="00965417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36.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70" w:right="43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Повторение тем "Фонетика, графика, </w:t>
            </w:r>
            <w:r w:rsidRPr="007F6F5C">
              <w:rPr>
                <w:lang w:val="ru-RU"/>
              </w:rPr>
              <w:br/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орфоэпия","Орфография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".</w:t>
            </w:r>
          </w:p>
          <w:p w:rsidR="00965417" w:rsidRDefault="00E81825">
            <w:pPr>
              <w:autoSpaceDE w:val="0"/>
              <w:autoSpaceDN w:val="0"/>
              <w:spacing w:before="68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Проверочная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работа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24.10.2022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37.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62" w:lineRule="auto"/>
              <w:ind w:left="70" w:right="72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Лексикология как раздел лингвистики.</w:t>
            </w:r>
          </w:p>
          <w:p w:rsidR="00965417" w:rsidRPr="007F6F5C" w:rsidRDefault="00E81825">
            <w:pPr>
              <w:autoSpaceDE w:val="0"/>
              <w:autoSpaceDN w:val="0"/>
              <w:spacing w:before="70" w:after="0" w:line="230" w:lineRule="auto"/>
              <w:ind w:left="70"/>
              <w:rPr>
                <w:lang w:val="ru-RU"/>
              </w:rPr>
            </w:pP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Лексическоезначение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слова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25.10.2022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104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38.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Основные способы толкования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лексическогозначения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слова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26.10.2022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</w:tbl>
    <w:p w:rsidR="00965417" w:rsidRDefault="00965417">
      <w:pPr>
        <w:autoSpaceDE w:val="0"/>
        <w:autoSpaceDN w:val="0"/>
        <w:spacing w:after="0" w:line="14" w:lineRule="exact"/>
      </w:pPr>
    </w:p>
    <w:p w:rsidR="00965417" w:rsidRDefault="00965417">
      <w:pPr>
        <w:sectPr w:rsidR="00965417">
          <w:pgSz w:w="11900" w:h="16840"/>
          <w:pgMar w:top="284" w:right="556" w:bottom="55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65417" w:rsidRDefault="00965417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374"/>
        <w:gridCol w:w="714"/>
        <w:gridCol w:w="1576"/>
        <w:gridCol w:w="1622"/>
        <w:gridCol w:w="1204"/>
        <w:gridCol w:w="1600"/>
      </w:tblGrid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39.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00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Слова однозначные и многозначные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27.10.2022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40.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4" w:after="0" w:line="262" w:lineRule="auto"/>
              <w:ind w:left="70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Прямое и переносное значения слова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28.10.2022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41.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Тематические группы слов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07.11.2022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8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42.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62" w:lineRule="auto"/>
              <w:ind w:left="70" w:right="86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Обозначение родовых и видовых понятий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08.11.2022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48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43.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Синонимы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09.11.2022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Тестирование;</w:t>
            </w:r>
          </w:p>
        </w:tc>
      </w:tr>
      <w:tr w:rsidR="00965417">
        <w:trPr>
          <w:trHeight w:hRule="exact" w:val="47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44.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Антонимы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10.11.2022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Тестирование;</w:t>
            </w:r>
          </w:p>
        </w:tc>
      </w:tr>
      <w:tr w:rsidR="00965417">
        <w:trPr>
          <w:trHeight w:hRule="exact" w:val="48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45.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Омонимы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11.11.2022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Тестирование;</w:t>
            </w:r>
          </w:p>
        </w:tc>
      </w:tr>
      <w:tr w:rsidR="00965417">
        <w:trPr>
          <w:trHeight w:hRule="exact" w:val="47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46.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Паронимы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14.11.2022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Тестирование;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47.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Разные виды лексических словарей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15.11.2022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48.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Строение словарной статьи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16.11.2022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49.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Лексический анализ слова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17.11.2022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50.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Сочинение. Рассказ о событии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18.11.2022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51.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right="144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Повторение темы "Лексикология ".</w:t>
            </w:r>
          </w:p>
          <w:p w:rsidR="00965417" w:rsidRDefault="00E81825">
            <w:pPr>
              <w:autoSpaceDE w:val="0"/>
              <w:autoSpaceDN w:val="0"/>
              <w:spacing w:before="6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Проверочнаяработа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21.11.2022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52.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/>
              <w:ind w:left="70"/>
              <w:rPr>
                <w:lang w:val="ru-RU"/>
              </w:rPr>
            </w:pP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Морфемика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как раздел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лингвистики. Морфема как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минимальная значимая единица языка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22.11.2022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Тестирование;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53.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Основа слова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23.11.2022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8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54.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Виды морфем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24.11.2022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55.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Чередование звуков в морфемах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25.11.2022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8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85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56.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Морфемный анализ слова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28.11.2022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11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57.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Правописание корней с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безударными проверяемыми и непроверяемыми гласными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29.11.2022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</w:tbl>
    <w:p w:rsidR="00965417" w:rsidRDefault="00965417">
      <w:pPr>
        <w:autoSpaceDE w:val="0"/>
        <w:autoSpaceDN w:val="0"/>
        <w:spacing w:after="0" w:line="14" w:lineRule="exact"/>
      </w:pPr>
    </w:p>
    <w:p w:rsidR="00965417" w:rsidRDefault="00965417">
      <w:pPr>
        <w:sectPr w:rsidR="00965417">
          <w:pgSz w:w="11900" w:h="16840"/>
          <w:pgMar w:top="284" w:right="556" w:bottom="45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65417" w:rsidRDefault="00965417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374"/>
        <w:gridCol w:w="714"/>
        <w:gridCol w:w="1576"/>
        <w:gridCol w:w="1622"/>
        <w:gridCol w:w="1204"/>
        <w:gridCol w:w="1600"/>
      </w:tblGrid>
      <w:tr w:rsidR="00965417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58.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/>
              <w:ind w:left="70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Правописание корней с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проверяемыми,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непроверяемыми,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непроизносимыми согласными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30.11.2022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59.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4" w:after="0" w:line="262" w:lineRule="auto"/>
              <w:ind w:left="70" w:right="72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01.12.2022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Тестирование;</w:t>
            </w:r>
          </w:p>
        </w:tc>
      </w:tr>
      <w:tr w:rsidR="00965417">
        <w:trPr>
          <w:trHeight w:hRule="exact" w:val="8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60.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4" w:after="0" w:line="262" w:lineRule="auto"/>
              <w:ind w:left="70" w:right="288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Правописание неизменяемых на письме приставок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02.12.2022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Зачет;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61.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Правописание приставок на -З (-С)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05.12.2022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Тестирование;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62.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Правописание Ы — И после приставок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06.12.2022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Зачет;</w:t>
            </w:r>
          </w:p>
        </w:tc>
      </w:tr>
      <w:tr w:rsidR="00965417">
        <w:trPr>
          <w:trHeight w:hRule="exact" w:val="48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63.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Правописание Ы — И после Ц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07.12.2022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Зачет;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64.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4" w:after="0" w:line="271" w:lineRule="auto"/>
              <w:ind w:left="7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Повторение темы "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Морфемика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.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Орфография</w:t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".Проверочная</w:t>
            </w:r>
            <w:proofErr w:type="spellEnd"/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работа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08.12.2022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Тестирование;</w:t>
            </w:r>
          </w:p>
        </w:tc>
      </w:tr>
      <w:tr w:rsidR="00965417">
        <w:trPr>
          <w:trHeight w:hRule="exact" w:val="24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65.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83" w:lineRule="auto"/>
              <w:ind w:left="70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Морфология как раздел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лингвистики. Грамматическое значение слова, его отличие от лексического. Части речи как лексико-грамматические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разряды слов. Система частей речи в русском языке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09.12.2022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  <w:tr w:rsidR="00965417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66.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71" w:lineRule="auto"/>
              <w:ind w:left="70"/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Имя существительное как часть речи.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именисуществительного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речи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12.12.2022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67.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4" w:after="0" w:line="262" w:lineRule="auto"/>
              <w:ind w:left="7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Сочинение-фантазия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(например, современная сказка)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13.12.2022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24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68.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4" w:after="0" w:line="283" w:lineRule="auto"/>
              <w:ind w:left="70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Лексико-грамматические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разряды имён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существительных: имена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существительные собственные и нарицательные,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одушевленные и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неодушевленные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14.12.2022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Тестирование;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69.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432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Правописание собственных имён существительных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15.12.2022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Тестирование;</w:t>
            </w:r>
          </w:p>
        </w:tc>
      </w:tr>
      <w:tr w:rsidR="00965417">
        <w:trPr>
          <w:trHeight w:hRule="exact" w:val="111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70.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4" w:after="0" w:line="271" w:lineRule="auto"/>
              <w:ind w:left="7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Род, число, падеж имени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существительного (повторение изученного в начальной школе)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16.12.2022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</w:tbl>
    <w:p w:rsidR="00965417" w:rsidRDefault="00965417">
      <w:pPr>
        <w:autoSpaceDE w:val="0"/>
        <w:autoSpaceDN w:val="0"/>
        <w:spacing w:after="0" w:line="14" w:lineRule="exact"/>
      </w:pPr>
    </w:p>
    <w:p w:rsidR="00965417" w:rsidRDefault="00965417">
      <w:pPr>
        <w:sectPr w:rsidR="00965417">
          <w:pgSz w:w="11900" w:h="16840"/>
          <w:pgMar w:top="284" w:right="556" w:bottom="602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65417" w:rsidRDefault="00965417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374"/>
        <w:gridCol w:w="714"/>
        <w:gridCol w:w="1576"/>
        <w:gridCol w:w="1622"/>
        <w:gridCol w:w="1204"/>
        <w:gridCol w:w="1600"/>
      </w:tblGrid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71.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Имена существительные общего рода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19.12.2022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72.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4" w:after="0"/>
              <w:ind w:left="70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Имена существительные,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имеющие форму </w:t>
            </w:r>
            <w:r w:rsidRPr="007F6F5C">
              <w:rPr>
                <w:lang w:val="ru-RU"/>
              </w:rPr>
              <w:br/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толькоединственного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или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только множественного числа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20.12.2022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Тестирование;</w:t>
            </w:r>
          </w:p>
        </w:tc>
      </w:tr>
      <w:tr w:rsidR="00965417">
        <w:trPr>
          <w:trHeight w:hRule="exact" w:val="8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73.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Сжатое изложение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21.12.2022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74.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7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Типы склонения имён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существительных (повторение изученного в начальной школе)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22.12.2022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Зачет;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75.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Правописание ь на конце имён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существительныхпосле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шипящих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23.12.2022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76.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8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Разносклоняемые имена существительные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26.12.2022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77.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71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Правописание безударных окончаний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имёнсуществительных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27.12.2022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8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78.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 w:right="432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Имена существительные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склоняемые инесклоняемые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28.12.2022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79.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8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Род несклоняемых имён существительных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29.12.2022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Зачет;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80.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Морфологический анализ имён существительных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30.12.2022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81.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/>
              <w:ind w:left="70" w:right="72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Нормы словоизменения, произношения имён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существительных, нормы постановки ударения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09.01.2023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82.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70" w:right="576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Правописание О и Е после шипящих и Ц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вокончаниях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имён существительных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10.01.2023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2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83.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7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Правописание О и Е (Ё) после шипящих и Ц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всуффиксах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имён существительных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11.01.2023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84.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70" w:right="576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Правописание суффиксов -ЧИК-/- ЩИК-</w:t>
            </w:r>
            <w:r w:rsidRPr="007F6F5C">
              <w:rPr>
                <w:lang w:val="ru-RU"/>
              </w:rPr>
              <w:br/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именсуществительных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12.01.2023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Тестирование;</w:t>
            </w:r>
          </w:p>
        </w:tc>
      </w:tr>
      <w:tr w:rsidR="00965417">
        <w:trPr>
          <w:trHeight w:hRule="exact" w:val="7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85.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Правописание суффиксов -ЕК-/- ИК-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именсуществительных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13.01.2023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Тестирование;</w:t>
            </w:r>
          </w:p>
        </w:tc>
      </w:tr>
    </w:tbl>
    <w:p w:rsidR="00965417" w:rsidRDefault="00965417">
      <w:pPr>
        <w:autoSpaceDE w:val="0"/>
        <w:autoSpaceDN w:val="0"/>
        <w:spacing w:after="0" w:line="14" w:lineRule="exact"/>
      </w:pPr>
    </w:p>
    <w:p w:rsidR="00965417" w:rsidRDefault="00965417">
      <w:pPr>
        <w:sectPr w:rsidR="00965417">
          <w:pgSz w:w="11900" w:h="16840"/>
          <w:pgMar w:top="284" w:right="556" w:bottom="388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65417" w:rsidRDefault="00965417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374"/>
        <w:gridCol w:w="714"/>
        <w:gridCol w:w="1576"/>
        <w:gridCol w:w="1622"/>
        <w:gridCol w:w="1204"/>
        <w:gridCol w:w="1600"/>
      </w:tblGrid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86.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70" w:right="43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Слитное и раздельное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написание НЕ с </w:t>
            </w:r>
            <w:r w:rsidRPr="007F6F5C">
              <w:rPr>
                <w:lang w:val="ru-RU"/>
              </w:rPr>
              <w:br/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именамисуществительными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16.01.2023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Тестирование;</w:t>
            </w:r>
          </w:p>
        </w:tc>
      </w:tr>
      <w:tr w:rsidR="00965417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87.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7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Правописание корней с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чередованием А // О: -ЛАГ-/-ЛОЖ-; -РАСТ- / -РАЩ- / -РОС-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17.01.2023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Зачет;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88.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4" w:after="0" w:line="271" w:lineRule="auto"/>
              <w:ind w:left="70" w:right="288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Правописание корней с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чередованием А // О: -ГАР-/-ГОР-, - ЗАР- / -ЗОР-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18.01.2023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Зачет;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89.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7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Правописание корней с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чередованием А // О: -КЛАН-/ -КЛОН-, -СКАК-/-СКОЧ-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19.01.2023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Зачет;</w:t>
            </w:r>
          </w:p>
        </w:tc>
      </w:tr>
      <w:tr w:rsidR="00965417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90.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71" w:lineRule="auto"/>
              <w:ind w:left="70" w:right="576"/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Повторение по теме "Имя существительное". </w:t>
            </w:r>
            <w:r w:rsidRPr="007F6F5C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Проверочная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работа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20.01.2023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Контрольная работа;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91.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71" w:lineRule="auto"/>
              <w:ind w:left="70" w:right="144"/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Имя прилагательное как часть речи.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имениприлагательного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речи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23.01.2023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  <w:tr w:rsidR="00965417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92.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/>
              <w:ind w:left="7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Выборочное изложение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(функционально-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смысловойтип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речи описание, фрагмент из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художественного текста)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24.01.2023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93.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7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Склонение имён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прилагательных (повторение изученного в начальной школе)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25.01.2023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  <w:tr w:rsidR="00965417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94.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71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Правописание безударных окончаний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имёнприлагательных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26.01.2023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95.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4" w:after="0" w:line="271" w:lineRule="auto"/>
              <w:ind w:left="70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Имена прилагательные полные и краткие,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ихсинтаксические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функции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27.01.2023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Зачет;</w:t>
            </w:r>
          </w:p>
        </w:tc>
      </w:tr>
      <w:tr w:rsidR="00965417">
        <w:trPr>
          <w:trHeight w:hRule="exact" w:val="122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96.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Правописание кратких форм имён прилагательных сосновой на шипящий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30.01.2023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97.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Морфологический анализ имён прилагательных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31.01.2023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98.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Подробное изложение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01.02.2023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11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99.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4" w:after="0" w:line="271" w:lineRule="auto"/>
              <w:ind w:left="70" w:right="43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Нормы произношения имен прилагательных, нормы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постановки ударения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02.02.2023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</w:tbl>
    <w:p w:rsidR="00965417" w:rsidRDefault="00965417">
      <w:pPr>
        <w:autoSpaceDE w:val="0"/>
        <w:autoSpaceDN w:val="0"/>
        <w:spacing w:after="0" w:line="14" w:lineRule="exact"/>
      </w:pPr>
    </w:p>
    <w:p w:rsidR="00965417" w:rsidRDefault="00965417">
      <w:pPr>
        <w:sectPr w:rsidR="00965417">
          <w:pgSz w:w="11900" w:h="16840"/>
          <w:pgMar w:top="284" w:right="556" w:bottom="318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65417" w:rsidRDefault="00965417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374"/>
        <w:gridCol w:w="714"/>
        <w:gridCol w:w="1576"/>
        <w:gridCol w:w="1622"/>
        <w:gridCol w:w="1204"/>
        <w:gridCol w:w="1600"/>
      </w:tblGrid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100.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Нормы словоизменения имен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прилагательных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03.02.2023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101.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4" w:after="0" w:line="271" w:lineRule="auto"/>
              <w:ind w:left="152" w:right="144" w:hanging="15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Буквы О и Е после шипящих и Ц в окончаниях </w:t>
            </w:r>
            <w:r w:rsidRPr="007F6F5C">
              <w:rPr>
                <w:lang w:val="ru-RU"/>
              </w:rPr>
              <w:br/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имёнприлагательных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06.02.2023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102.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152" w:right="144" w:hanging="15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Буквы О и Е после шипящих и Ц в суффиксах </w:t>
            </w:r>
            <w:r w:rsidRPr="007F6F5C">
              <w:rPr>
                <w:lang w:val="ru-RU"/>
              </w:rPr>
              <w:br/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имёнприлагательных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07.02.2023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78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103.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81" w:lineRule="auto"/>
              <w:ind w:left="152" w:right="144" w:hanging="15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Правописание О и Е (Ё) после шипящих и Ц в суффиксах и окончаниях имён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существительных </w:t>
            </w:r>
            <w:r w:rsidRPr="007F6F5C">
              <w:rPr>
                <w:lang w:val="ru-RU"/>
              </w:rPr>
              <w:br/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иприлагательных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08.02.2023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104.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560" w:right="576" w:hanging="56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104. Слитное и раздельное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написание НЕ с </w:t>
            </w:r>
            <w:r w:rsidRPr="007F6F5C">
              <w:rPr>
                <w:lang w:val="ru-RU"/>
              </w:rPr>
              <w:br/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именамиприлагательными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09.02.2023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105.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105. Сочинение-описание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10.02.2023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106.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71" w:lineRule="auto"/>
              <w:ind w:left="560" w:right="144" w:hanging="560"/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106. Повторение по теме "Имя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прилагательное".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Проверочная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работа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13.02.2023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Контрольная работа;</w:t>
            </w:r>
          </w:p>
        </w:tc>
      </w:tr>
      <w:tr w:rsidR="00965417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107.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560" w:right="432" w:hanging="56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107. Глагол как часть речи. Роль глагола в словосочетании и предложении, в речи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14.02.2023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зачет;</w:t>
            </w:r>
          </w:p>
        </w:tc>
      </w:tr>
      <w:tr w:rsidR="00965417">
        <w:trPr>
          <w:trHeight w:hRule="exact" w:val="21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108.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tabs>
                <w:tab w:val="left" w:pos="560"/>
              </w:tabs>
              <w:autoSpaceDE w:val="0"/>
              <w:autoSpaceDN w:val="0"/>
              <w:spacing w:before="94" w:after="0" w:line="262" w:lineRule="auto"/>
              <w:ind w:right="576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108. Инфинитив и его </w:t>
            </w:r>
            <w:r w:rsidRPr="007F6F5C">
              <w:rPr>
                <w:lang w:val="ru-RU"/>
              </w:rPr>
              <w:br/>
            </w:r>
            <w:r w:rsidRPr="007F6F5C">
              <w:rPr>
                <w:lang w:val="ru-RU"/>
              </w:rPr>
              <w:tab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грамматические свойства.</w:t>
            </w:r>
          </w:p>
          <w:p w:rsidR="00965417" w:rsidRPr="007F6F5C" w:rsidRDefault="00E81825">
            <w:pPr>
              <w:autoSpaceDE w:val="0"/>
              <w:autoSpaceDN w:val="0"/>
              <w:spacing w:before="68" w:after="0"/>
              <w:ind w:left="70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Основа инфинитива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(прошедшего времени), основа настоящего (будущего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простого) времени глагола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15.02.2023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109.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tabs>
                <w:tab w:val="left" w:pos="560"/>
              </w:tabs>
              <w:autoSpaceDE w:val="0"/>
              <w:autoSpaceDN w:val="0"/>
              <w:spacing w:before="94" w:after="0" w:line="262" w:lineRule="auto"/>
              <w:ind w:right="72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109. Глаголы совершенного и </w:t>
            </w:r>
            <w:r w:rsidRPr="007F6F5C">
              <w:rPr>
                <w:lang w:val="ru-RU"/>
              </w:rPr>
              <w:tab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несовершенного вида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16.02.2023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Тестирование;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110.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560" w:right="720" w:hanging="56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110. Глаголы совершенного и несовершенного </w:t>
            </w:r>
            <w:r w:rsidRPr="007F6F5C">
              <w:rPr>
                <w:lang w:val="ru-RU"/>
              </w:rPr>
              <w:br/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вида(</w:t>
            </w:r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практикум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17.02.2023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Тестирование;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111.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tabs>
                <w:tab w:val="left" w:pos="560"/>
              </w:tabs>
              <w:autoSpaceDE w:val="0"/>
              <w:autoSpaceDN w:val="0"/>
              <w:spacing w:before="96" w:after="0" w:line="262" w:lineRule="auto"/>
              <w:ind w:right="100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111. Глаголы возвратные 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невозвратные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20.02.2023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Зачет;</w:t>
            </w:r>
          </w:p>
        </w:tc>
      </w:tr>
      <w:tr w:rsidR="00965417">
        <w:trPr>
          <w:trHeight w:hRule="exact" w:val="7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112.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tabs>
                <w:tab w:val="left" w:pos="152"/>
              </w:tabs>
              <w:autoSpaceDE w:val="0"/>
              <w:autoSpaceDN w:val="0"/>
              <w:spacing w:before="94" w:after="0" w:line="262" w:lineRule="auto"/>
              <w:ind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Правописание -ТСЯ и -ТЬСЯ в </w:t>
            </w:r>
            <w:r w:rsidRPr="007F6F5C">
              <w:rPr>
                <w:lang w:val="ru-RU"/>
              </w:rPr>
              <w:tab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глаголах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21.02.2023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</w:tbl>
    <w:p w:rsidR="00965417" w:rsidRDefault="00965417">
      <w:pPr>
        <w:autoSpaceDE w:val="0"/>
        <w:autoSpaceDN w:val="0"/>
        <w:spacing w:after="0" w:line="14" w:lineRule="exact"/>
      </w:pPr>
    </w:p>
    <w:p w:rsidR="00965417" w:rsidRDefault="00965417">
      <w:pPr>
        <w:sectPr w:rsidR="00965417">
          <w:pgSz w:w="11900" w:h="16840"/>
          <w:pgMar w:top="284" w:right="556" w:bottom="766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65417" w:rsidRDefault="00965417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374"/>
        <w:gridCol w:w="714"/>
        <w:gridCol w:w="1576"/>
        <w:gridCol w:w="1622"/>
        <w:gridCol w:w="1204"/>
        <w:gridCol w:w="1600"/>
      </w:tblGrid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113.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560" w:hanging="56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113. Правописание суффиксов -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ОВА- / - ЕВА-, -ЫВА-/ -ИВА- в глаголах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22.02.2023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114.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71" w:lineRule="auto"/>
              <w:ind w:left="560" w:right="144" w:hanging="560"/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114. Правописание суффиксов -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ОВА- / - ЕВА-, -ЫВА-/-ИВА- в глаголах.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Практикум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24.02.2023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Тестирование;</w:t>
            </w:r>
          </w:p>
        </w:tc>
      </w:tr>
      <w:tr w:rsidR="00965417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115.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4" w:after="0"/>
              <w:ind w:left="560" w:right="432" w:hanging="56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115. Изменение глаголов по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временам.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Настоящеевремя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: значение, образование,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употребление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27.02.2023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8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116.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right="288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Прошедшее время: значение, </w:t>
            </w:r>
            <w:r w:rsidRPr="007F6F5C">
              <w:rPr>
                <w:lang w:val="ru-RU"/>
              </w:rPr>
              <w:tab/>
            </w:r>
            <w:proofErr w:type="spellStart"/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образование,употребление</w:t>
            </w:r>
            <w:proofErr w:type="spellEnd"/>
            <w:proofErr w:type="gram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28.02.2023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117.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tabs>
                <w:tab w:val="left" w:pos="560"/>
              </w:tabs>
              <w:autoSpaceDE w:val="0"/>
              <w:autoSpaceDN w:val="0"/>
              <w:spacing w:before="96" w:after="0" w:line="262" w:lineRule="auto"/>
              <w:ind w:right="576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117. Будущее время: значение, </w:t>
            </w:r>
            <w:r w:rsidRPr="007F6F5C">
              <w:rPr>
                <w:lang w:val="ru-RU"/>
              </w:rPr>
              <w:tab/>
            </w:r>
            <w:proofErr w:type="spellStart"/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образование,употребление</w:t>
            </w:r>
            <w:proofErr w:type="spellEnd"/>
            <w:proofErr w:type="gram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01.03.2023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118.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/>
              <w:ind w:left="560" w:right="432" w:hanging="560"/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118. Функционально-смысловые типы речи: </w:t>
            </w:r>
            <w:r w:rsidRPr="007F6F5C">
              <w:rPr>
                <w:lang w:val="ru-RU"/>
              </w:rPr>
              <w:br/>
            </w:r>
            <w:proofErr w:type="spellStart"/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описание,повествование</w:t>
            </w:r>
            <w:proofErr w:type="spellEnd"/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, рассуждение.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Практикум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02.03.2023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зачет;</w:t>
            </w:r>
          </w:p>
        </w:tc>
      </w:tr>
      <w:tr w:rsidR="00965417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119.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152" w:hanging="15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Изменение глаголов по лицам и числам. Типы спряжения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глагола (повторение).</w:t>
            </w:r>
          </w:p>
          <w:p w:rsidR="00965417" w:rsidRPr="007F6F5C" w:rsidRDefault="00E81825">
            <w:pPr>
              <w:autoSpaceDE w:val="0"/>
              <w:autoSpaceDN w:val="0"/>
              <w:spacing w:before="68" w:after="0" w:line="233" w:lineRule="auto"/>
              <w:ind w:left="7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Разноспрягаемые глаголы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03.03.2023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120.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71" w:lineRule="auto"/>
              <w:ind w:left="152" w:hanging="152"/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Изменение глаголов по лицам и числам.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Типыспряжения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глагола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. Практикум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06.03.2023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121.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tabs>
                <w:tab w:val="left" w:pos="560"/>
              </w:tabs>
              <w:autoSpaceDE w:val="0"/>
              <w:autoSpaceDN w:val="0"/>
              <w:spacing w:before="96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121. Правописание безударных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личных окончанийглаголов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07.03.2023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122.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tabs>
                <w:tab w:val="left" w:pos="560"/>
              </w:tabs>
              <w:autoSpaceDE w:val="0"/>
              <w:autoSpaceDN w:val="0"/>
              <w:spacing w:before="96" w:after="0" w:line="262" w:lineRule="auto"/>
              <w:ind w:right="43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122. Правописание безударных </w:t>
            </w:r>
            <w:r w:rsidRPr="007F6F5C">
              <w:rPr>
                <w:lang w:val="ru-RU"/>
              </w:rPr>
              <w:tab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личных окончаний</w:t>
            </w:r>
            <w:r w:rsidR="00413AB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глаголов.</w:t>
            </w:r>
          </w:p>
          <w:p w:rsidR="00965417" w:rsidRPr="007F6F5C" w:rsidRDefault="00E81825">
            <w:pPr>
              <w:autoSpaceDE w:val="0"/>
              <w:autoSpaceDN w:val="0"/>
              <w:spacing w:before="68" w:after="0" w:line="230" w:lineRule="auto"/>
              <w:ind w:left="7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Практикум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09.03.2023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Тестирование;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123.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Изложение содержание текста с </w:t>
            </w:r>
            <w:r w:rsidRPr="007F6F5C">
              <w:rPr>
                <w:lang w:val="ru-RU"/>
              </w:rPr>
              <w:tab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изменением лица</w:t>
            </w:r>
            <w:r w:rsidR="00413AB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рассказчика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10.03.2023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124.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tabs>
                <w:tab w:val="left" w:pos="560"/>
              </w:tabs>
              <w:autoSpaceDE w:val="0"/>
              <w:autoSpaceDN w:val="0"/>
              <w:spacing w:before="96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124. Морфологический анализ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глагола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13.03.2023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125.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Средства связи предложений и </w:t>
            </w:r>
            <w:r w:rsidRPr="007F6F5C">
              <w:rPr>
                <w:lang w:val="ru-RU"/>
              </w:rPr>
              <w:tab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частей текста.</w:t>
            </w:r>
            <w:r w:rsidR="00413AB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Практикум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14.03.2023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11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126.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152" w:right="144" w:hanging="15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Правописание Ь в инфинитиве, в форме 2 лица</w:t>
            </w:r>
            <w:r w:rsidR="00413AB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единственного числа после шипящих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15.03.2023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</w:tbl>
    <w:p w:rsidR="00965417" w:rsidRDefault="00965417">
      <w:pPr>
        <w:autoSpaceDE w:val="0"/>
        <w:autoSpaceDN w:val="0"/>
        <w:spacing w:after="0" w:line="14" w:lineRule="exact"/>
      </w:pPr>
    </w:p>
    <w:p w:rsidR="00965417" w:rsidRDefault="00965417">
      <w:pPr>
        <w:sectPr w:rsidR="00965417">
          <w:pgSz w:w="11900" w:h="16840"/>
          <w:pgMar w:top="284" w:right="556" w:bottom="69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65417" w:rsidRDefault="00965417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374"/>
        <w:gridCol w:w="714"/>
        <w:gridCol w:w="1576"/>
        <w:gridCol w:w="1622"/>
        <w:gridCol w:w="1204"/>
        <w:gridCol w:w="1600"/>
      </w:tblGrid>
      <w:tr w:rsidR="00965417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127.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152" w:right="144" w:hanging="15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Правописание Ь в инфинитиве, в форме 2 лица единственного числа после шипящих.</w:t>
            </w:r>
          </w:p>
          <w:p w:rsidR="00965417" w:rsidRDefault="00E81825">
            <w:pPr>
              <w:autoSpaceDE w:val="0"/>
              <w:autoSpaceDN w:val="0"/>
              <w:spacing w:before="68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Практикум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16.03.2023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128.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128. Сочинение-повествование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17.03.2023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129.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4" w:after="0" w:line="271" w:lineRule="auto"/>
              <w:ind w:left="152" w:right="288" w:hanging="15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Правописание гласной перед суффиксом -Л-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вформах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прошедшего времени глагола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20.03.2023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  <w:tr w:rsidR="00965417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130.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152" w:right="144" w:hanging="15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Правописание гласной перед суффиксом -Л- в формах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прошедшего времени глагола.</w:t>
            </w:r>
          </w:p>
          <w:p w:rsidR="00965417" w:rsidRDefault="00E81825">
            <w:pPr>
              <w:autoSpaceDE w:val="0"/>
              <w:autoSpaceDN w:val="0"/>
              <w:spacing w:before="68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Практикум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21.03.2023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131.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tabs>
                <w:tab w:val="left" w:pos="560"/>
              </w:tabs>
              <w:autoSpaceDE w:val="0"/>
              <w:autoSpaceDN w:val="0"/>
              <w:spacing w:before="96" w:after="0" w:line="262" w:lineRule="auto"/>
              <w:ind w:right="576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131. Слитное и раздельное </w:t>
            </w:r>
            <w:r w:rsidRPr="007F6F5C">
              <w:rPr>
                <w:lang w:val="ru-RU"/>
              </w:rPr>
              <w:br/>
            </w:r>
            <w:r w:rsidRPr="007F6F5C">
              <w:rPr>
                <w:lang w:val="ru-RU"/>
              </w:rPr>
              <w:tab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написание НЕ с глаголами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22.03.2023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132.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tabs>
                <w:tab w:val="left" w:pos="152"/>
              </w:tabs>
              <w:autoSpaceDE w:val="0"/>
              <w:autoSpaceDN w:val="0"/>
              <w:spacing w:before="94" w:after="0" w:line="262" w:lineRule="auto"/>
              <w:ind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Нормы постановки ударения в </w:t>
            </w:r>
            <w:r w:rsidRPr="007F6F5C">
              <w:rPr>
                <w:lang w:val="ru-RU"/>
              </w:rPr>
              <w:tab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глагольных формах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23.03.2023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133.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tabs>
                <w:tab w:val="left" w:pos="560"/>
              </w:tabs>
              <w:autoSpaceDE w:val="0"/>
              <w:autoSpaceDN w:val="0"/>
              <w:spacing w:before="94" w:after="0" w:line="262" w:lineRule="auto"/>
              <w:ind w:right="8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133. Нормы словоизменения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глаголов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24.03.2023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8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134.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tabs>
                <w:tab w:val="left" w:pos="560"/>
              </w:tabs>
              <w:autoSpaceDE w:val="0"/>
              <w:autoSpaceDN w:val="0"/>
              <w:spacing w:before="94" w:after="0" w:line="262" w:lineRule="auto"/>
              <w:ind w:right="86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134. Правописание корней с </w:t>
            </w:r>
            <w:r w:rsidRPr="007F6F5C">
              <w:rPr>
                <w:lang w:val="ru-RU"/>
              </w:rPr>
              <w:tab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чередованием Е // 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27.03.2023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135.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tabs>
                <w:tab w:val="left" w:pos="560"/>
              </w:tabs>
              <w:autoSpaceDE w:val="0"/>
              <w:autoSpaceDN w:val="0"/>
              <w:spacing w:before="96" w:after="0" w:line="262" w:lineRule="auto"/>
              <w:ind w:right="432"/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135. Чередование корней с Е//И. </w:t>
            </w:r>
            <w:r w:rsidRPr="007F6F5C">
              <w:rPr>
                <w:lang w:val="ru-RU"/>
              </w:rPr>
              <w:tab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Практикум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28.03.2023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Тестирование;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136.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right="288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Повторение по теме "Глагол". </w:t>
            </w:r>
            <w:r w:rsidRPr="007F6F5C">
              <w:rPr>
                <w:lang w:val="ru-RU"/>
              </w:rPr>
              <w:tab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Проверочная работа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29.03.2023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Контрольная работа;</w:t>
            </w:r>
          </w:p>
        </w:tc>
      </w:tr>
      <w:tr w:rsidR="00965417">
        <w:trPr>
          <w:trHeight w:hRule="exact" w:val="202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137.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right="43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Синтаксис и пунктуация как </w:t>
            </w:r>
            <w:r w:rsidRPr="007F6F5C">
              <w:rPr>
                <w:lang w:val="ru-RU"/>
              </w:rPr>
              <w:tab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разделы лингвистики.</w:t>
            </w:r>
          </w:p>
          <w:p w:rsidR="00965417" w:rsidRPr="007F6F5C" w:rsidRDefault="00E81825">
            <w:pPr>
              <w:autoSpaceDE w:val="0"/>
              <w:autoSpaceDN w:val="0"/>
              <w:spacing w:before="68" w:after="0" w:line="271" w:lineRule="auto"/>
              <w:ind w:left="7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Словосочетание и предложение как единицы синтаксиса. Знаки препинания и их функции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30.03.2023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  <w:tr w:rsidR="00965417">
        <w:trPr>
          <w:trHeight w:hRule="exact" w:val="244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138.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81" w:lineRule="auto"/>
              <w:ind w:left="152" w:hanging="15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Словосочетание и его признаки. Основные виды словосочетаний по морфологическим свойствам главного слова (именные,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глагольные, наречные).</w:t>
            </w:r>
          </w:p>
          <w:p w:rsidR="00965417" w:rsidRPr="007F6F5C" w:rsidRDefault="00E81825">
            <w:pPr>
              <w:autoSpaceDE w:val="0"/>
              <w:autoSpaceDN w:val="0"/>
              <w:spacing w:before="68" w:after="0" w:line="262" w:lineRule="auto"/>
              <w:ind w:left="70" w:right="1008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Средства связи слов в словосочетании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31.03.2023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7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139.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tabs>
                <w:tab w:val="left" w:pos="560"/>
              </w:tabs>
              <w:autoSpaceDE w:val="0"/>
              <w:autoSpaceDN w:val="0"/>
              <w:spacing w:before="94" w:after="0" w:line="262" w:lineRule="auto"/>
              <w:ind w:right="8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139. Синтаксический анализ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словосочетаний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03.04.2023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</w:tbl>
    <w:p w:rsidR="00965417" w:rsidRDefault="00965417">
      <w:pPr>
        <w:autoSpaceDE w:val="0"/>
        <w:autoSpaceDN w:val="0"/>
        <w:spacing w:after="0" w:line="14" w:lineRule="exact"/>
      </w:pPr>
    </w:p>
    <w:p w:rsidR="00965417" w:rsidRDefault="00965417">
      <w:pPr>
        <w:sectPr w:rsidR="00965417">
          <w:pgSz w:w="11900" w:h="16840"/>
          <w:pgMar w:top="284" w:right="556" w:bottom="65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65417" w:rsidRDefault="00965417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374"/>
        <w:gridCol w:w="714"/>
        <w:gridCol w:w="1576"/>
        <w:gridCol w:w="1622"/>
        <w:gridCol w:w="1204"/>
        <w:gridCol w:w="1600"/>
      </w:tblGrid>
      <w:tr w:rsidR="00965417">
        <w:trPr>
          <w:trHeight w:hRule="exact" w:val="21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140.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Предложение и его признаки.</w:t>
            </w:r>
          </w:p>
          <w:p w:rsidR="00965417" w:rsidRPr="007F6F5C" w:rsidRDefault="00E81825">
            <w:pPr>
              <w:autoSpaceDE w:val="0"/>
              <w:autoSpaceDN w:val="0"/>
              <w:spacing w:before="68" w:after="0" w:line="281" w:lineRule="auto"/>
              <w:ind w:left="70" w:right="288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Виды предложений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поцели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высказывания: смысловые и интонационные особенности, знаки препинания в конце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предложения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04.04.2023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  <w:tr w:rsidR="00965417">
        <w:trPr>
          <w:trHeight w:hRule="exact" w:val="17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141.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4" w:after="0" w:line="281" w:lineRule="auto"/>
              <w:ind w:left="560" w:right="144" w:hanging="56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141. Виды предложений по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эмоциональной окраске: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смысловые и интонационные особенности,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знакипрепинания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в конце предложения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05.04.2023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  <w:tr w:rsidR="00965417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142.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right="288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Главные члены предложения </w:t>
            </w:r>
            <w:proofErr w:type="gramStart"/>
            <w:r w:rsidRPr="007F6F5C">
              <w:rPr>
                <w:lang w:val="ru-RU"/>
              </w:rPr>
              <w:tab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(</w:t>
            </w:r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грамматическая основа).</w:t>
            </w:r>
          </w:p>
          <w:p w:rsidR="00965417" w:rsidRDefault="00E81825">
            <w:pPr>
              <w:autoSpaceDE w:val="0"/>
              <w:autoSpaceDN w:val="0"/>
              <w:spacing w:before="68" w:after="0" w:line="262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Подлежащее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морфологические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средстваего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выражения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06.04.2023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143.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right="288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Главные члены предложения </w:t>
            </w:r>
            <w:proofErr w:type="gramStart"/>
            <w:r w:rsidRPr="007F6F5C">
              <w:rPr>
                <w:lang w:val="ru-RU"/>
              </w:rPr>
              <w:tab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(</w:t>
            </w:r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грамматическая основа).</w:t>
            </w:r>
          </w:p>
          <w:p w:rsidR="00965417" w:rsidRDefault="00E81825">
            <w:pPr>
              <w:autoSpaceDE w:val="0"/>
              <w:autoSpaceDN w:val="0"/>
              <w:spacing w:before="70" w:after="0" w:line="262" w:lineRule="auto"/>
              <w:ind w:left="70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Сказуемое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морфологические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средства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еговыражения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07.04.2023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144.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tabs>
                <w:tab w:val="left" w:pos="560"/>
              </w:tabs>
              <w:autoSpaceDE w:val="0"/>
              <w:autoSpaceDN w:val="0"/>
              <w:spacing w:before="94" w:after="0" w:line="262" w:lineRule="auto"/>
              <w:ind w:right="43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144. Тире между подлежащим и </w:t>
            </w:r>
            <w:r w:rsidRPr="007F6F5C">
              <w:rPr>
                <w:lang w:val="ru-RU"/>
              </w:rPr>
              <w:tab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сказуемым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10.04.2023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17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145.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4" w:after="0" w:line="281" w:lineRule="auto"/>
              <w:ind w:left="560" w:right="864" w:hanging="56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145. Предложения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распространённые и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нераспространённые. Второстепенные члены предложения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11.04.2023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20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146.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81" w:lineRule="auto"/>
              <w:ind w:left="560" w:right="288" w:hanging="56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146. Второстепенные члены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предложения. Определение и типичные средства его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выражения (в рамках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изученного)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12.04.2023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147.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/>
              <w:ind w:left="560" w:hanging="56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147. Дополнение (прямое и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косвенное) и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типичныесредства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его выражения (в рамках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изученного)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13.04.2023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148.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/>
              <w:ind w:left="560" w:right="432" w:hanging="560"/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148. Обстоятельство и типичные средства его выражения (в рамках изученного).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обстоятельств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значению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14.04.2023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7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149.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149. Сжатое изложение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17.04.2023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</w:tbl>
    <w:p w:rsidR="00965417" w:rsidRDefault="00965417">
      <w:pPr>
        <w:autoSpaceDE w:val="0"/>
        <w:autoSpaceDN w:val="0"/>
        <w:spacing w:after="0" w:line="14" w:lineRule="exact"/>
      </w:pPr>
    </w:p>
    <w:p w:rsidR="00965417" w:rsidRDefault="00965417">
      <w:pPr>
        <w:sectPr w:rsidR="00965417">
          <w:pgSz w:w="11900" w:h="16840"/>
          <w:pgMar w:top="284" w:right="556" w:bottom="544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65417" w:rsidRDefault="00965417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374"/>
        <w:gridCol w:w="714"/>
        <w:gridCol w:w="1576"/>
        <w:gridCol w:w="1622"/>
        <w:gridCol w:w="1204"/>
        <w:gridCol w:w="1600"/>
      </w:tblGrid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150.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71" w:lineRule="auto"/>
              <w:ind w:left="560" w:right="432" w:hanging="5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150. Синтаксический анализ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простых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двусоставныхпредложений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18.04.2023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342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151.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86" w:lineRule="auto"/>
              <w:ind w:left="560" w:hanging="56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151. Простое осложненное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предложение. Однородные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члены предложения, их роль в речи. Предложения с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однородными членами (без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союзов, с одиночным союзом </w:t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И</w:t>
            </w:r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, союзами А, НО, ОДНАКО,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ЗАТО, ДА (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взначении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И), ДА (в значении НО)) и их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пунктуационное оформление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19.04.2023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24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152.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83" w:lineRule="auto"/>
              <w:ind w:left="152" w:hanging="152"/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Предложения с однородными членами (без </w:t>
            </w:r>
            <w:proofErr w:type="spellStart"/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союзов,с</w:t>
            </w:r>
            <w:proofErr w:type="spellEnd"/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одиночным союзом И, союзами А, НО, ОДНАКО, ЗАТО, ДА (в значении И), ДА (в значении НО)) и их пунктуационное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оформление.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Практикум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20.04.2023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153.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/>
              <w:ind w:left="560" w:right="288" w:hanging="56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153. Предложения       с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обобщающим словом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при</w:t>
            </w:r>
            <w:r w:rsidR="00413AB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однородных членах и их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пунктуационноеоформление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21.04.2023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154.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154. Сочинение по картине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24.04.2023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89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155.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Предложения с обращениями.</w:t>
            </w:r>
          </w:p>
          <w:p w:rsidR="00965417" w:rsidRDefault="00E81825">
            <w:pPr>
              <w:autoSpaceDE w:val="0"/>
              <w:autoSpaceDN w:val="0"/>
              <w:spacing w:before="68" w:after="0"/>
              <w:ind w:left="70" w:right="144"/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Обращение (однословное и </w:t>
            </w:r>
            <w:r w:rsidRPr="007F6F5C">
              <w:rPr>
                <w:lang w:val="ru-RU"/>
              </w:rPr>
              <w:br/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неоднословное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) и средства его выражения.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Пунктуационное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оформление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обращения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25.04.2023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156.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71" w:lineRule="auto"/>
              <w:ind w:left="560" w:right="576" w:hanging="5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156. Синтаксический анализ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простых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осложнённыхпредложений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26.04.2023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157.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71" w:lineRule="auto"/>
              <w:ind w:left="560" w:right="576" w:hanging="5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157. Пунктуационный анализ простых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осложнённыхпредложений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27.04.2023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14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158.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4" w:after="0"/>
              <w:ind w:left="560" w:right="288" w:hanging="56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158. Предложения простые и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сложные. Сложные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предложения с бессоюзной и союзной связью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28.04.2023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</w:tbl>
    <w:p w:rsidR="00965417" w:rsidRDefault="00965417">
      <w:pPr>
        <w:autoSpaceDE w:val="0"/>
        <w:autoSpaceDN w:val="0"/>
        <w:spacing w:after="0" w:line="14" w:lineRule="exact"/>
      </w:pPr>
    </w:p>
    <w:p w:rsidR="00965417" w:rsidRDefault="00965417">
      <w:pPr>
        <w:sectPr w:rsidR="00965417">
          <w:pgSz w:w="11900" w:h="16840"/>
          <w:pgMar w:top="284" w:right="556" w:bottom="69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65417" w:rsidRDefault="00965417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374"/>
        <w:gridCol w:w="714"/>
        <w:gridCol w:w="1576"/>
        <w:gridCol w:w="1622"/>
        <w:gridCol w:w="1204"/>
        <w:gridCol w:w="1600"/>
      </w:tblGrid>
      <w:tr w:rsidR="00965417">
        <w:trPr>
          <w:trHeight w:hRule="exact" w:val="17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159.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81" w:lineRule="auto"/>
              <w:ind w:left="560" w:right="288" w:hanging="560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159. Предложения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сложносочинённые и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сложноподчинённые (общее представление практического усвоения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03.05.2023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Тестирование;</w:t>
            </w:r>
          </w:p>
        </w:tc>
      </w:tr>
      <w:tr w:rsidR="00965417">
        <w:trPr>
          <w:trHeight w:hRule="exact" w:val="21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160.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83" w:lineRule="auto"/>
              <w:ind w:left="152" w:hanging="15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Пунктуационное оформление сложных предложений,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состоящих из частей,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связанных</w:t>
            </w:r>
            <w:r w:rsidR="00413AB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бессоюзной связью и союзами </w:t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И</w:t>
            </w:r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, НО, А, ОДНАКО, ЗАТО, ДА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04.05.2023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21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161.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413AB4" w:rsidRDefault="00E81825">
            <w:pPr>
              <w:autoSpaceDE w:val="0"/>
              <w:autoSpaceDN w:val="0"/>
              <w:spacing w:before="96" w:after="0" w:line="281" w:lineRule="auto"/>
              <w:ind w:left="152" w:hanging="15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Пунктуационное оформление сложных предложений,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состоящих из частей,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связанных</w:t>
            </w:r>
            <w:r w:rsidR="00413AB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бессоюзной связью и союзами </w:t>
            </w:r>
            <w:proofErr w:type="gram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И</w:t>
            </w:r>
            <w:proofErr w:type="gram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, НО, А, ОДНАКО, ЗАТО, ДА. </w:t>
            </w:r>
            <w:r w:rsidRPr="00413AB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Практикум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05.05.2023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162.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right="144"/>
              <w:jc w:val="center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Предложения с прямой речью. Пунктуационное</w:t>
            </w:r>
            <w:r w:rsidR="00413AB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оформление предложений с прямой речью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08.05.2023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163.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tabs>
                <w:tab w:val="left" w:pos="560"/>
              </w:tabs>
              <w:autoSpaceDE w:val="0"/>
              <w:autoSpaceDN w:val="0"/>
              <w:spacing w:before="96" w:after="0" w:line="262" w:lineRule="auto"/>
              <w:ind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163. Диалог. Пунктуационное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оформление диалога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11.05.2023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965417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164.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71" w:lineRule="auto"/>
              <w:ind w:left="152" w:hanging="15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Повторение темы "Синтаксис и пунктуация".</w:t>
            </w:r>
            <w:r w:rsidR="00413AB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bookmarkStart w:id="0" w:name="_GoBack"/>
            <w:bookmarkEnd w:id="0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Проверочная </w:t>
            </w:r>
            <w:r w:rsidRPr="007F6F5C">
              <w:rPr>
                <w:lang w:val="ru-RU"/>
              </w:rPr>
              <w:br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работа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12.05.2023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Контрольная работа;</w:t>
            </w:r>
          </w:p>
        </w:tc>
      </w:tr>
      <w:tr w:rsidR="00965417">
        <w:trPr>
          <w:trHeight w:hRule="exact" w:val="129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165.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tabs>
                <w:tab w:val="left" w:pos="560"/>
              </w:tabs>
              <w:autoSpaceDE w:val="0"/>
              <w:autoSpaceDN w:val="0"/>
              <w:spacing w:before="94" w:after="0" w:line="262" w:lineRule="auto"/>
              <w:ind w:right="43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165. Повторение изученного в 5 </w:t>
            </w:r>
            <w:r w:rsidRPr="007F6F5C">
              <w:rPr>
                <w:lang w:val="ru-RU"/>
              </w:rPr>
              <w:tab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классе. </w:t>
            </w: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Фонетика.Графика</w:t>
            </w:r>
            <w:proofErr w:type="spellEnd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.</w:t>
            </w:r>
          </w:p>
          <w:p w:rsidR="00965417" w:rsidRDefault="00E81825">
            <w:pPr>
              <w:autoSpaceDE w:val="0"/>
              <w:autoSpaceDN w:val="0"/>
              <w:spacing w:before="68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Орфография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. Орфоэпия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15.05.2023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965417">
        <w:trPr>
          <w:trHeight w:hRule="exact" w:val="8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166.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62" w:lineRule="auto"/>
              <w:ind w:right="432"/>
              <w:jc w:val="center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166. Повторение изученного в 5 классе. Лексикология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16.05.2023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  <w:tr w:rsidR="00965417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167.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tabs>
                <w:tab w:val="left" w:pos="560"/>
              </w:tabs>
              <w:autoSpaceDE w:val="0"/>
              <w:autoSpaceDN w:val="0"/>
              <w:spacing w:before="96" w:after="0" w:line="262" w:lineRule="auto"/>
              <w:ind w:right="43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167. Повторение изученного в 5 </w:t>
            </w:r>
            <w:r w:rsidRPr="007F6F5C">
              <w:rPr>
                <w:lang w:val="ru-RU"/>
              </w:rPr>
              <w:tab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классе.</w:t>
            </w:r>
          </w:p>
          <w:p w:rsidR="00965417" w:rsidRPr="007F6F5C" w:rsidRDefault="00E81825">
            <w:pPr>
              <w:autoSpaceDE w:val="0"/>
              <w:autoSpaceDN w:val="0"/>
              <w:spacing w:before="68" w:after="0" w:line="230" w:lineRule="auto"/>
              <w:ind w:left="70"/>
              <w:rPr>
                <w:lang w:val="ru-RU"/>
              </w:rPr>
            </w:pP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Морфемика.Орфография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17.05.2023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Тестирование;</w:t>
            </w:r>
          </w:p>
        </w:tc>
      </w:tr>
      <w:tr w:rsidR="00965417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168.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tabs>
                <w:tab w:val="left" w:pos="560"/>
              </w:tabs>
              <w:autoSpaceDE w:val="0"/>
              <w:autoSpaceDN w:val="0"/>
              <w:spacing w:before="94" w:after="0" w:line="262" w:lineRule="auto"/>
              <w:ind w:right="432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168. Повторение изученного в 5 </w:t>
            </w:r>
            <w:r w:rsidRPr="007F6F5C">
              <w:rPr>
                <w:lang w:val="ru-RU"/>
              </w:rPr>
              <w:tab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классе.</w:t>
            </w:r>
          </w:p>
          <w:p w:rsidR="00965417" w:rsidRPr="007F6F5C" w:rsidRDefault="00E81825">
            <w:pPr>
              <w:autoSpaceDE w:val="0"/>
              <w:autoSpaceDN w:val="0"/>
              <w:spacing w:before="68" w:after="0" w:line="233" w:lineRule="auto"/>
              <w:ind w:left="70"/>
              <w:rPr>
                <w:lang w:val="ru-RU"/>
              </w:rPr>
            </w:pPr>
            <w:proofErr w:type="spellStart"/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Морфология.Орфография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18.05.2023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Зачет;</w:t>
            </w:r>
          </w:p>
        </w:tc>
      </w:tr>
      <w:tr w:rsidR="00965417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169.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Итоговая контрольная работа за </w:t>
            </w:r>
            <w:r w:rsidRPr="007F6F5C">
              <w:rPr>
                <w:lang w:val="ru-RU"/>
              </w:rPr>
              <w:tab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курс 5 класса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19.05.2023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Контрольная работа;</w:t>
            </w:r>
          </w:p>
        </w:tc>
      </w:tr>
      <w:tr w:rsidR="00965417">
        <w:trPr>
          <w:trHeight w:hRule="exact" w:val="7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170.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right="288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Устное сочинение. Рассказ о </w:t>
            </w:r>
            <w:r w:rsidRPr="007F6F5C">
              <w:rPr>
                <w:lang w:val="ru-RU"/>
              </w:rPr>
              <w:tab/>
            </w: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событии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22.05.2023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опрос;</w:t>
            </w:r>
          </w:p>
        </w:tc>
      </w:tr>
    </w:tbl>
    <w:p w:rsidR="00965417" w:rsidRDefault="00965417">
      <w:pPr>
        <w:autoSpaceDE w:val="0"/>
        <w:autoSpaceDN w:val="0"/>
        <w:spacing w:after="0" w:line="14" w:lineRule="exact"/>
      </w:pPr>
    </w:p>
    <w:p w:rsidR="00965417" w:rsidRDefault="00965417">
      <w:pPr>
        <w:sectPr w:rsidR="00965417">
          <w:pgSz w:w="11900" w:h="16840"/>
          <w:pgMar w:top="284" w:right="556" w:bottom="598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65417" w:rsidRDefault="00965417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3934"/>
        <w:gridCol w:w="714"/>
        <w:gridCol w:w="1576"/>
        <w:gridCol w:w="4426"/>
      </w:tblGrid>
      <w:tr w:rsidR="00965417">
        <w:trPr>
          <w:trHeight w:hRule="exact" w:val="786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Pr="007F6F5C" w:rsidRDefault="00E81825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F6F5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ОБЩЕЕ КОЛИЧЕСТВО ЧАСОВ ПО ПРОГРАММЕ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170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5417" w:rsidRDefault="00E81825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</w:tr>
    </w:tbl>
    <w:p w:rsidR="00965417" w:rsidRDefault="00965417">
      <w:pPr>
        <w:autoSpaceDE w:val="0"/>
        <w:autoSpaceDN w:val="0"/>
        <w:spacing w:after="0" w:line="14" w:lineRule="exact"/>
      </w:pPr>
    </w:p>
    <w:p w:rsidR="00965417" w:rsidRDefault="00965417">
      <w:pPr>
        <w:sectPr w:rsidR="00965417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65417" w:rsidRDefault="00965417">
      <w:pPr>
        <w:autoSpaceDE w:val="0"/>
        <w:autoSpaceDN w:val="0"/>
        <w:spacing w:after="78" w:line="220" w:lineRule="exact"/>
      </w:pPr>
    </w:p>
    <w:p w:rsidR="00965417" w:rsidRDefault="00E81825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965417" w:rsidRDefault="00E81825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965417" w:rsidRPr="007F6F5C" w:rsidRDefault="00E81825">
      <w:pPr>
        <w:autoSpaceDE w:val="0"/>
        <w:autoSpaceDN w:val="0"/>
        <w:spacing w:before="166" w:after="0" w:line="262" w:lineRule="auto"/>
        <w:ind w:right="576"/>
        <w:rPr>
          <w:lang w:val="ru-RU"/>
        </w:rPr>
      </w:pP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Рыбченкова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Л.М., Александрова О.М., Глазков А.В. и другие. Русский язык (в 2 частях), 5 класс/ Акционерное общество «Издательство «Просвещение»;</w:t>
      </w:r>
    </w:p>
    <w:p w:rsidR="00965417" w:rsidRPr="007F6F5C" w:rsidRDefault="00E81825">
      <w:pPr>
        <w:autoSpaceDE w:val="0"/>
        <w:autoSpaceDN w:val="0"/>
        <w:spacing w:before="262" w:after="0" w:line="230" w:lineRule="auto"/>
        <w:rPr>
          <w:lang w:val="ru-RU"/>
        </w:rPr>
      </w:pP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965417" w:rsidRPr="007F6F5C" w:rsidRDefault="00E81825">
      <w:pPr>
        <w:autoSpaceDE w:val="0"/>
        <w:autoSpaceDN w:val="0"/>
        <w:spacing w:before="166" w:after="0" w:line="262" w:lineRule="auto"/>
        <w:ind w:right="40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znayka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cc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wp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content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uploads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/2019/08/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Russkij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yazyk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.-5</w:t>
      </w:r>
      <w:r>
        <w:rPr>
          <w:rFonts w:ascii="Times New Roman" w:eastAsia="Times New Roman" w:hAnsi="Times New Roman"/>
          <w:color w:val="000000"/>
          <w:sz w:val="24"/>
        </w:rPr>
        <w:t>kl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.-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Metodich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rekomend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._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Ladyzhenskaya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_2014- 144</w:t>
      </w:r>
      <w:r>
        <w:rPr>
          <w:rFonts w:ascii="Times New Roman" w:eastAsia="Times New Roman" w:hAnsi="Times New Roman"/>
          <w:color w:val="000000"/>
          <w:sz w:val="24"/>
        </w:rPr>
        <w:t>s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pdf</w:t>
      </w:r>
    </w:p>
    <w:p w:rsidR="00965417" w:rsidRPr="007F6F5C" w:rsidRDefault="00E81825">
      <w:pPr>
        <w:autoSpaceDE w:val="0"/>
        <w:autoSpaceDN w:val="0"/>
        <w:spacing w:before="264" w:after="0" w:line="230" w:lineRule="auto"/>
        <w:rPr>
          <w:lang w:val="ru-RU"/>
        </w:rPr>
      </w:pP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965417" w:rsidRPr="007F6F5C" w:rsidRDefault="00E81825">
      <w:pPr>
        <w:autoSpaceDE w:val="0"/>
        <w:autoSpaceDN w:val="0"/>
        <w:spacing w:before="168" w:after="0" w:line="271" w:lineRule="auto"/>
        <w:ind w:right="5760"/>
        <w:rPr>
          <w:lang w:val="ru-RU"/>
        </w:rPr>
      </w:pP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электронная школа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Дистанционное образование для школьников </w:t>
      </w:r>
      <w:r w:rsidRPr="007F6F5C">
        <w:rPr>
          <w:lang w:val="ru-RU"/>
        </w:rPr>
        <w:br/>
      </w:r>
      <w:proofErr w:type="spellStart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Учи.ру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uchi</w:t>
      </w:r>
      <w:proofErr w:type="spellEnd"/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965417" w:rsidRPr="007F6F5C" w:rsidRDefault="00965417">
      <w:pPr>
        <w:rPr>
          <w:lang w:val="ru-RU"/>
        </w:rPr>
        <w:sectPr w:rsidR="00965417" w:rsidRPr="007F6F5C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65417" w:rsidRPr="007F6F5C" w:rsidRDefault="00965417">
      <w:pPr>
        <w:autoSpaceDE w:val="0"/>
        <w:autoSpaceDN w:val="0"/>
        <w:spacing w:after="78" w:line="220" w:lineRule="exact"/>
        <w:rPr>
          <w:lang w:val="ru-RU"/>
        </w:rPr>
      </w:pPr>
    </w:p>
    <w:p w:rsidR="00965417" w:rsidRPr="007F6F5C" w:rsidRDefault="00E81825">
      <w:pPr>
        <w:autoSpaceDE w:val="0"/>
        <w:autoSpaceDN w:val="0"/>
        <w:spacing w:after="0" w:line="230" w:lineRule="auto"/>
        <w:rPr>
          <w:lang w:val="ru-RU"/>
        </w:rPr>
      </w:pP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965417" w:rsidRPr="007F6F5C" w:rsidRDefault="00E81825">
      <w:pPr>
        <w:autoSpaceDE w:val="0"/>
        <w:autoSpaceDN w:val="0"/>
        <w:spacing w:before="346" w:after="0" w:line="302" w:lineRule="auto"/>
        <w:ind w:right="3888"/>
        <w:rPr>
          <w:lang w:val="ru-RU"/>
        </w:rPr>
      </w:pP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7F6F5C">
        <w:rPr>
          <w:lang w:val="ru-RU"/>
        </w:rPr>
        <w:br/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Таблицы, плакаты, словари, портреты, дидактический материал</w:t>
      </w:r>
    </w:p>
    <w:p w:rsidR="00965417" w:rsidRPr="007F6F5C" w:rsidRDefault="00E81825">
      <w:pPr>
        <w:autoSpaceDE w:val="0"/>
        <w:autoSpaceDN w:val="0"/>
        <w:spacing w:before="262" w:after="0" w:line="302" w:lineRule="auto"/>
        <w:ind w:right="3024"/>
        <w:rPr>
          <w:lang w:val="ru-RU"/>
        </w:rPr>
      </w:pPr>
      <w:r w:rsidRPr="007F6F5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ПРАКТИЧЕСКИХ РАБОТ </w:t>
      </w:r>
      <w:r w:rsidRPr="007F6F5C">
        <w:rPr>
          <w:rFonts w:ascii="Times New Roman" w:eastAsia="Times New Roman" w:hAnsi="Times New Roman"/>
          <w:color w:val="000000"/>
          <w:sz w:val="24"/>
          <w:lang w:val="ru-RU"/>
        </w:rPr>
        <w:t>Мультимедийный проектор</w:t>
      </w:r>
    </w:p>
    <w:p w:rsidR="00965417" w:rsidRPr="007F6F5C" w:rsidRDefault="00965417">
      <w:pPr>
        <w:rPr>
          <w:lang w:val="ru-RU"/>
        </w:rPr>
        <w:sectPr w:rsidR="00965417" w:rsidRPr="007F6F5C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81825" w:rsidRPr="007F6F5C" w:rsidRDefault="00E81825">
      <w:pPr>
        <w:rPr>
          <w:lang w:val="ru-RU"/>
        </w:rPr>
      </w:pPr>
    </w:p>
    <w:sectPr w:rsidR="00E81825" w:rsidRPr="007F6F5C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13AB4"/>
    <w:rsid w:val="007F6F5C"/>
    <w:rsid w:val="00965417"/>
    <w:rsid w:val="00AA1D8D"/>
    <w:rsid w:val="00B47730"/>
    <w:rsid w:val="00CB0664"/>
    <w:rsid w:val="00E8182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DAAD502-BE03-49E4-9CA8-BF9405E4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20DF3D-A793-446B-94D6-6D057F295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12287</Words>
  <Characters>70037</Characters>
  <Application>Microsoft Office Word</Application>
  <DocSecurity>0</DocSecurity>
  <Lines>583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82160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Работа</cp:lastModifiedBy>
  <cp:revision>3</cp:revision>
  <dcterms:created xsi:type="dcterms:W3CDTF">2013-12-23T23:15:00Z</dcterms:created>
  <dcterms:modified xsi:type="dcterms:W3CDTF">2022-09-07T09:42:00Z</dcterms:modified>
  <cp:category/>
</cp:coreProperties>
</file>